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22.05.2020 принято к производству заявление Публичного акционерного общества Банк «Возрождение» (далее - банк) о признании несостоятельным (банкротом) гражданина-должника Михеева Олега Анатольевича. Определением Арбитражного суда города Москвы от 04.12.2020 признано обоснованным заявление банка о признании несостоятельным (банкротом) гражданина-должника Михеева О.А.; в отношении него введена процедура реструктуризации долгов гражданина; финансовым управляющим имуществом должника утвержден Сизов Владимир Николаевич; признано обоснованным и включено в третью очередь реестра требований кредиторов должника требование банка в размере 995 722 941 рубля 73 копеек. Постановлением Девятого арбитражного апелляционного суда от 16.02.2021 определение суда первой инстанции оставлено без изменения. Арбитражный суд Московского округа постановлением от 09.06.2021 указанные судебные акты оставил без изменения. 2 Михеев Олег Анатольевич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статьями 16, 71, 100 Федерального закона от 26.10.2002 № 127-ФЗ «О несостоятельности (банкротстве)», учитывая факт признания должником требований банка в рамках дела о взыскании задолженности по кредитному договору с поручителей и установив наличие непогашенной задолженности, подтвержденной вступившим в законную силу судебном актом суда общей юрисдикции, суды признали заявленное требование обоснованным и подлежащим включению в реестр требований кредиторов должника третьей очереди.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Михееву Олегу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