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обратился в арбитражный суд с заявлением об установлении суммы мораторных процентов, подлежащих выплате ФИО3 за период с 16.06.2017 по 31.0.2017 в размере 1 642 074,85 руб.; суммы, подлежащей выплате ФИО4 от реализации недвижимого имущества (1/2 доли в праве собственности блок-секции № 32 блокированного жилого дома № 24-38 (кадастровый номер 39:15:111109:777, литера «А») общей площадью 457,5 кв. м с количеством этажей 2, расположенного по адресу - Россия, Калининградская область, Калининград, пер. Сержанта ФИО5, блок № 32, и земельного участка земель населенных пунктов, расположенного по адресу: Калининград, пер. Сержанта ФИО5 32, с кадастровым номером 39:15:111109:76, в размере 3 005 118 руб.; суммы процентов по вознаграждению финансового управляющего от реализации предмета залога в размере 208 165,03 руб.; суммы понесенных расходов от реализации залогового имущества, подлежащей выплате финансовому управляющему за счет денежных средств от реализации залогового имущества должника, в размере 23 647,09 руб.; суммы понесенных расходов по реализации залогового имущества, подлежащей выплате финансовому управляющему за счет денежных средств, подлежащих выплате Антонюк О.Г. от реализации залогового имущества должника, в размере 23 647,09 руб. К участию в рассмотрении спора в качестве третьего лица привлечена ФИО4 (бывшая супруга должника), которая, в свою очередь, просила выплатить ей от реализации недвижимого имущества 5 578 764,18 руб. Определением арбитражного суда первой инстанции от 01.12.2017 установлены: сумма мораторных процентов, подлежащая выплате ФИО3, в размере 1 642 074,85 руб.; сумма денежных средств, подлежащая выплате ФИО4 от реализации недвижимого имущества (1/2 доли в праве собственности блок-секции № 32 блокированного жилого дома № 24-38 (кадастровый номер 39:15:111109:777, литера «А») общей площадью 457,5 кв. м с количеством этажей 2, расположенного по адресу - Россия, Калининградская область, Калининград, пер. Сержанта ФИО5, блок № 32 и земельного участка земель населенных пунктов, расположенного по адресу: Калининград, пер. Сержанта ФИО5 32, с кадастровым номером 39:15:111109:76, в размере 4 404 967,71 руб.; сумма процентов по вознаграждению финансового управляющего от реализации предмета залога в размере 193 930,06 руб.; сумма понесенных расходов от реализации залогового имущества, подлежащего выплате финансовому управляющему за счет денежных средств от реализации залогового имущества должника, в размере 47 294,18 руб., которая отнесена в равных долях по 23 647,09 руб. на ФИО4 и ФИО1 за счет денежных средств от реализации предмета залога. Постановлением суда апелляционной инстанции от 05.03.2018, оставленным без изменения постановлением суда округа от 23.05.2018, определение от 01.12.2017 изменено в части пункта 2 резолютивной части, указанный пункт изложен в следующей редакции: «Установить сумму денежных средств от реализации недвижимого имущества: S доли блок-секции № 32 блокированного жилого дома № 24-38, литера А, общей площадью 457,5 кв. м, расположенного по адресу: город Калининград, переулок сержанта ФИО5, 32, с кадастровым номером 39:15:111109:76, подлежащую выплате ФИО4 Геннадьевне, в размере 5 578 764,18 руб.». В остальной части определение от 01.12.2017 оставлено без изменения. Не согласившись с принятыми судебными актами, банк обратился в Верховный Суд Российской Федерации с кассационной жалобой, впоследствии заявив ходатайство о приостановлении исполнения судебных актов.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данном случае заявитель не обосновал невозможность или затруднительность поворота исполнения судебных актов. Приведенные в ходатайстве доводы достоверно не подтверждают, что в случае приостановления исполнения обжалуемых судебных актов будет соблюден баланс прав и интересов всех лиц, участвующих в деле о банкротстве должника.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акционерного общества «Банк «Санкт-Петербургский» о приостановлении исполнения определения Арбитражного суда Калининградской области от 01.12.2017, постановления Тринадцатого арбитражного апелляционного суда от 05.03.2018 и постановления Арбитражного суда Северо-Западного округа от 23.05.2018 по делу № А21-1698/2016. Судья Верховного Суда Букина И.А. Российской Федерации Суд: Верховный Суд РФ (подробнее) Истцы: МИФНС №10 по К\О (подробнее) ПАО АКБ "Авангард" (подробнее) ПАО Банк ВТБ (подробнее) ПАО "Банк Санкт-Петербург" (подробнее) ПАО "Банк Санкт-Петербург", Калининградский филиал "Европейский" (подробнее) ПАО "Банк "Санкт-Петербург" Филиал "Европейский" (подробнее) ПАО Калининградский филиал "Европейский" "Банк Санкт-Петербург" (подробнее) Иные лица: Арбитражный управляющий Ермаков Денис Викторович (подробнее) МИФНС №10 по КО (подробнее) НП СРО АУ "Северная Столица" (подробнее) ПАО "Сбербанк России" в лице Отделения №8626 Сбербанка России (подробнее) Светлогорский городской суд (подробнее) УФНС России (подробнее) УФНС России по Калининградской области (подробнее) УФНС РФ по К/о (подробнее) ф/у Ермаков Д.В. (подробнее) Судьи дела: Букина И.А.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