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«Краснодарская Управляющая Компания» (далее – общество) обратилось в Арбитражный суд Краснодарского края с заявлением к государственной жилищной инспекции Краснодарского края (далее – административный орган) о признании незаконным и отмене постановления от 11.08.2020 № 000464 о привлечении к административной ответственности, предусмотренной частью 2 статьи 14.1.3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привлечена прокуратура Западного административного округа г. Краснодара (далее – прокуратура). Решением Арбитражного суда Краснодарского края от 28.12.2020, оставленным без изменения постановлением Пятнадцатого арбитражного апелляционного суда от 17.03.2021, обществу отказано в удовлетворении заявления. Арбитражный суд Северо-Кавказского округа постановлением от 31.05.2021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11.08.2020 № 000464 общество привлечено к административной ответственности, предусмотренной частью 2 статьи 14.1.3 КоАП РФ, с назначением наказания в виде административного штрафа в размере 250 000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установив, что осуществляя на основании лицензии управление многоквартирным домом, общество содержало общее имущество дома с нарушением требований действующего законодательства (отсутствие пожарных рукавов, подлежащих размещению в шкафах при лифтовых площадках),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14.1.3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правомерности оспариваемого постановления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обществом вмененного правонарушения и с соблюдением порядка проведения проверки и привлечения общества к административной ответственности.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"Краснодарская УК" (подробнее) ООО "Краснодарская управляющая компания" (подробнее) Ответчики: Государственная жилищная инспекция КК (подробнее) Государственная жилищная инспекция Краснодарского края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