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– Югры от 18.11.2019 принято заявление публичного акционерного общества Банк «Финансовая корпорация Открытие» о признании Фаттаховой Ильгизы Фагимовны несостоятельной (банкротом). Определением Арбитражного суда Ханты-Мансийского автономного округа – Югры от 13.01.2020 в отношении Фаттаховой И.Ф. введена процедура реструктуризации долгов гражданина, финансовым управляющим имуществом должника утвержден Телицин Александр Вячеславович. Решением Арбитражного суда Ханты-Мансийского автономного округа – Югры от 28.10.2020 Фаттахова И.Ф. признана несостоятельной (банкротом), в отношении нее введена процедура реализации имущества гражданина, финансовым управляющим утвержден Телицин А.В. Постановлением Восьмого арбитражного апелляционного суда от 05.02.2021 решение суда первой инстанции оставлено без изменения. 2 Арбитражный суд Западно-Сибирского округа постановлением от 27.05.2021 указанные судебные акты оставил без изменения. Фаттахова Ильгиза Фагимовна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213.2, 213.6, 213.24 Федерального закона от 26.10.2002 № 127-ФЗ «О несостоятельности (банкротстве)», суды сделали выводы о наличии у должника признаков банкротства, оснований для признания Фаттаховой И.Ф. несостоятельной (банкротом) и введении в отношении нее процедуры реализации имущества ввиду наличия вступившего в законную силу судебного акта суда общей юрисдикции о наличии задолженности перед банком, отсутствия доказательств исполнения должником обязательств перед кредитором и непредставления плана реструктуризации долга.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Фаттаховой Ильгизе Фагимовне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