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Лаптев Филипп Александрович обратился в Арбитражный суд города Санкт-Петербурга и Ленинградской области с иском к обществам с ограниченной ответственностью «Тиоман» (далее – Общество), «Юридическая фирма «Лекстерра» (далее – Фирма), Афанасьевой Елене Николаевне, Межрайонной инспекции Федеральной налоговой службы № 15 по Санкт-Петербургу (далее – Инспекция) о признании недействительной записи в Едином государственном реестре юридических лиц (далее – ЕГРЮЛ) в отношении Общества (ГРН 8197848091290 от 25.11.2019) о назначении Афанасьевой Е.Н. генеральным директором юридического лица. Определением от 15.09.2020 настоящее дело объединено в одно производство с делом № А56-65922/2020, возбужденным по иску Лаптева Ф.А. к Обществу, Фирме, Афанасьевой Е.Н., Инспекции, а также нотариусу нотариального округа Санкт-Петербург Коноплевой Марине Юрьевне о признании недействительным решения от 28.03.2018, принятого Фирмой в лице Логуновой Юлии Владимировны, как доверительным управляющим, о назначении генеральным директором Общества Афанасьевой Е.Н.; о признании 2 недействительным решения Инспекции о государственной регистрации изменений сведений в ЕГРЮЛ от 25.11.2019 № 307342А в отношении Общества; о признании недействительным заявления Афанасьевой Е.Н. о внесении изменений в сведения о юридическом лице, содержащиеся в ЕГРЮЛ по форме № Р14001, заверенной нотариусом Коноплевой М.Ю. 18.11.2019. Решением Арбитражного суда города Санкт-Петербурга и Ленинградской области от 16.10.2020, оставленным без изменения постановлением Тринадцатого арбитражного апелляционного суда от 08.02.2021 и постановлением Арбитражного суда Северо-Западного округа от 01.06.2021,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о том, что закон не связывает срок действия принятых доверительным управляющим решений со сроком действия договора доверительного управления; у Лаптева Ф.А. отсутствует право на предъявление иска; после прекращения производства по делу о несостоятельности (банкротстве) Общества не было правовых оснований для назначения нового руководителя.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учредителем (участником) Общества являлся Левин Александр Григорьевич. Решением Калининского районного суда г. Санкт-Петербурга от 30.10.2014 по делу № 2-6340/2014 Левин А.Г. признан безвестно отсутствующим; решением Красногвардейского районного суда г. Санкт-Петербурга от 31.10.2018 по делу № 2-5537/2018 Левин А.Г. признан умершим. Между местной администрацией муниципального образования муниципальный округ Дворцовый округ (учредитель управления; орган опеки и попечительства), Фирмой (доверительным управляющим) и Логиновым Даниилом Александровичем (выгодоприобретателем) заключен договор от 20.10.2015 о доверительном управлении имуществом безвестно отсутствующего должника. В силу условий данного договора учредитель управления передает доверительному управляющему на период пребывания безвестно отсутствующим 3 Левина А.Г. имущество в доверительное управление, а доверительный управляющий обязуется осуществлять управление этим имуществом в интересах гражданина, признанного безвестно отсутствующим, а также выгодоприобретателя. Согласно пункту 2.1 договора доверительному управляющему переданы в управление доли (100%) в уставных капиталах Общества, обществ с ограниченной ответственностью «ФЭМБИЗ», «Антик», и «Фирма «Пантелеймоновская». В силу пункта 1.4 договор действует на период пребывания безвестно отсутствующим Левина А.Г., при этом действие договора в любом случае прекращается 01.01.2019. Решением доверительного управляющего от 28.03.2018 генеральным директором Общества назначена Афанасьева Е.Н. Также решением Калининского суда г. Санкт-Петербурга от 16.07.2018 по делу № 2-666/2018 установлено, что Лаптев Ф.А. является сыном Левина А.Г. Полагая решение доверительного управляющего от 28.03.2018 и решение Инспекции о государственной регистрации изменений в сведения в ЕГРЮЛ от 25.11.2019 № 307342А в отношении Общества относительно назначения генерального директора Афанасьевой Е.А. незаконными, Лаптев Ф.А.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181.3, 181.4, 1012, 1026, 1173 Гражданского кодекса Российской Федерации, статьями 21, 43 Федерального закона от 08.02.1998 № 14-ФЗ «Об обществах с ограниченной ответственностью» (далее – Закон № 14-ФЗ), суды отказали в удовлетворении требований. Признавая не подлежащими удовлетворению требования в части недействительности решения, принятого Фирмой 28.03.2018, о назначении генеральным директором Афанасьеву Е.Н., суды исходили из того, что истец согласно данным ЕГРЮЛ участником Общества не является; свидетельство о праве на наследство, в состав которого входит доля в уставном капитале юридического лица не представлено. На момент принятия решения от 28.03.2018 отцовство Левина А.Г. (единственного участника Общества) в отношении Лаптева Ф.А. не было установлено (соответствующее решение суда вступило в законную силу 13.11.2018); по состоянию на 28.03.2018 Левин А.Г. не был объявлен умершим, а соответствующее решение вступило в законную силу только 03.12.2018. Таким образом, на момент принятия оспариваемого решения наследство Левина А.Г. не было открыто, поскольку он не был объявлен умершим. По состоянию на 28.03.2018 Лаптев Ф.А. не был и не мог быть наследником Левина А.Г. и интересы истца при принятии оспариваемого решения не могли быть учтены в силу объективных обстоятельств, а также в силу того, что последний участником юридического лица не являлся. В части требования о признании недействительным заявления Афанасьевой Е.Н. о внесении изменений в сведения о юридическом лице, содержащиеся в ЕГРЮЛ, суды пришли к выводам об избрании истцом ненадлежащего способа защиты права, поскольку данное заявление не является ни решением, ни сделкой, ни актом государственного органа. 4 Требование о признании недействительной записи в ЕГРЮЛ в отношении Общества (ГРН 8197848091290 от 25.11.2019) фактически тождественно требованию о признании недействительным решения Инспекции о государственной регистрации изменений в сведений в ЕГРЮЛ от 25.11.2019 № 307342А. В отношении данного требования суды также указали, что поскольку генеральным директором Общества Афанасьева Е.Н. была назначена решением доверительного управляющего в период действия у него соответствующих полномочий, то данное лицо стало генеральным директором Общества с даты принятия указанного решения. Истец ссылается на отсутствие оснований для выводов о продлении полномочий Афанасьевой Е.Н. в качестве руководителя Общества, поскольку договор доверительного управления был заключен сроком до 01.01.2019, соответственно, решение о назначении директора могло быть принято только на срок действия данного договора. Как верно отметили судебные инстанции, в случае вступления в права участника Общества истец вправе созвать общее собрание для решения вопроса об избрании руководителя по инициативе самих участников.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Лаптева Филиппа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