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Промышленная группа «Проминдустрия», (далее – Общество) в лице конкурсного управляющего Кокорина Олега Вячеславовича обратилось в Арбитражный суд города Санкт-Петербурга и Ленинградской области с заявлением о признании незаконным решения Управления Федеральной службы государственной регистрации, кадастра и картографии по Ленинградской области (далее - Управление Росреестра) от 09.10.2020 № 60/002/051/2020-9 об отказе в государственной регистрации прекращения арестов на принадлежащие заявителю объекты недвижимости, расположенные по адресу: Ленинградская обл., Всеволожский р-н, п. имени Морозова, ул. Мира, д. 2а; обязать Управления Росреестра произвести государственную регистрацию прекращения арестов на данные объекты. К участию в деле в качестве третьего лица, не заявляющего самостоятельных требований относительно предмета спора, привлечен Сорочинский Алексей Викторович. 2 Решением Арбитражного суда города Санкт-Петербурга и Ленинградской области от 22.12.2020, оставленным без изменения постановлением Тринадцатого арбитражного апелляционного суда от 24.03.2021 и постановлением Арбитражного суда Северо-Западного округа от 28.06.2021,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 учетом положений статьи 126 Федерального закона от 26.10.2002 № 127-ФЗ «О несостоятельности (банкротстве)», а также в силу правовой позиции, изложенной в постановлении Конституционного Суда Российской Федерации от 31.01.2011 № 1-П, введение в отношении Общества процедуры конкурсного производства является достаточным основанием для прекращения арестов в отношении имущества должника, в том числе наложенных в качестве обеспечительной меры в рамках уголовного дела.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города Санкт-Петербурга и Ленинградской области от 11.10.2017 по делу № А56-85759/2016 Общество признано несостоятельным (банкротом); в отношении должника открыто конкурсное производство; конкурсным управляющим утвержден Гуляев Виталий Борисович. Определением суда от 21.10.2019 по тому же делу Гуляев В.Б. освобожден от исполнения обязанностей конкурсного управляющего Обществом; конкурсным управляющим утвержден Кокорин О.В. По результатам проведенных торгов по продаже имущества должника по лоту № 1 победителем признан Сорочинский А.В., что подтверждается протоколом от 27.08.2019 № 12377-1 о результатах проведения открытых торгов. Стороны 01.11.2019 обратились в регистрирующий орган с заявлениями о государственной регистрации перехода права собственности в отношении восьми объектов недвижимости, расположенных по адресу: Ленинградская обл., Всеволожский р-н, г.п. им. Морозова, ул. Мира, уч. 2а, д. 2а, включая земельный участок. 3 Уведомлением от 12.11.2019 Управление Росреестра сообщило о приостановлении государственной регистрации перехода права собственности на основании пункта 37 части 1 статьи 26 Федерального закона от 13.07.2015 № 218-ФЗ «О государственной регистрации недвижимости» (далее – Закон № 218-ФЗ), поскольку в отношении объектов имеются зарегистрированные аресты на основании решений судебных и следственных органов. Вступившим в законную силу решением Арбитражного суда города Санкт- Петербурга и Ленинградской области от 04.03.2020 по делу № А56-132941/2019 отказано в удовлетворении заявления Общества о признании незаконным данного решения регистрирующего органа. Конкурсный управляющий Обществом Кокорин О.В. обратился 07.07.2020 в регистрирующий орган с заявлением о государственной регистрации прекращения арестов в отношении объектов недвижимости по указанному выше адресу. Уведомлением от 09.07.2020 № 60/002/051/2020-9 Управление Росреестра сообщило Обществу о приостановлении государственной регистрации на основании пункта 5 части 1 статьи 26 Закона № 218-ФЗ (не представлены документы, необходимые для осуществления государственной регистрации прав), поскольку арест зарегистрирован на основании постановления Всеволожского городского суда от 22.05.2018 по делу № 3/6-209/2018 и протокола следственного органа от 04.06.2018 наложения ареста на имущество; заверенная копия акта о снятии ареста, принятого тем же органом, который накладывал арест, в регистрирующий орган в порядке пункта 13 статьи 32 Закона № 218-ФЗ не поступала. В дальнейшем уведомлением от 09.10.2020 N 60/002/051/2020-9 Управление Росреестра сообщило об отказе в государственной регистрации прекращения арестов в отношении недвижимости, указав на не устранение препятствующих государственной регистрации причин. Ссылаясь на то, что все аресты и иные ограничения в отношении имущества должника подлежат снятию на основании решения суда о признании должника банкротом, Общество обратилось в арбитражный суд с настоящим заявлением. Исследовав и оценив по правилам статьи 71 АПК РФ представленные доказательства, руководствуясь статьями 14, 26, 32 Закона № 218-ФЗ, статьями 115, 115.1 Уголовно-процессуального кодекса Российской Федерации, суды отказали в удовлетворении требований, указав, что аресты и иные запреты, принятые в отношении недвижимого имущества в рамках производства по уголовному делу, могут быть отменены только в порядке, предусмотренном уголовно-процессуальным законодательством; регистрирующий орган не вправе самостоятельно определять судьбу ареста, наложенного на недвижимое имущество в рамках уголовного дела.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Промышленная группа «Проминдустрия»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