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Дербент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«Экологи-Ка» удовлетворить. Предоставить обществу с ограниченной ответственностью «Экологи-Ка»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Администрация городского округа "Город Дербент" (подробнее) Ответчики: ООО "ЭКО"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