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20.09.2018 Михайлов Сергей Александрович признан несостоятельным (банкротом), в отношении него введена процедура реализации имущества гражданина, финансовым управляющим утвержден Курочкин Андрей Анатольевич. Бажин Сергей Петрович обратился в Арбитражный суд Республики Татарстан с заявлением о признании договора займа с одновременной ипотекой от 15.03.2016, заключенного между должником и Шафигуллиным Ленаром Руслановичем, недействительной сделкой и применении последствий недействительности сделки. Определением Арбитражного суда Республики Татарстан от 25.01.2021 в удовлетворении заявления отказано. Постановлением Одиннадцатого арбитражного апелляционного суда от 26.04.2021 определение суда первой инстанции отменено, производство по заявлению прекращено применительно к пункту 1 части 1 статьи 150 Арбитражного процессуального кодекса Российской Федерации. 2 Арбитражный суд Поволжского округа постановлением от 29.06.2021 постановление суда апелляционной инстанции оставил без изменения. Михайлов Сергей Александрович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заявлению, суд апелляционной инстанции, руководствуясь положениями статей 34, 35, 61.9 Федерального закона от 26.10.2002 № 127-ФЗ «О несостоятельности (банкротстве)», пунктом 1 части 1 статьи 150 Арбитражного процессуального кодекса Российской Федерации, разъяснениями, изложенными в пункте 17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для признания сделки должника недействительной заявлены общегражданские основания, при этом Бажин С.П. не является ни лицом, участвующим в деле о банкротстве, ни лицом, участвующими в арбитражном процессе по делу о банкротстве, в связи с чем данное заявление не подлежит рассмотрению в деле о банкротстве.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