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18.02.2020 Юрлов Сергей Владимирович признан несостоятельным (банкротом), в отношении должника введена процедура реализации имущества, финансовым управляющим утвержден Плотников Леонид Алексеевич. Разумович Светлана Анатольевна обратилась в Арбитражный суд Хабаровского края с заявлением о признании недействительными торгов по реализации имущества должника. К участию в обособленном споре в качестве третьего лица, не заявляющего самостоятельных требований относительно предмета спора, привлечен Зырянов Александр Олегович. Определением Арбитражного суда Хабаровского края от 24.03.2021 в удовлетворении заявления отказано. Постановлением Шестого арбитражного апелляционного суда от 23.04.2021 определение суда первой инстанции оставлено без изменения. Арбитражный суд Дальневосточного округа постановлением от 28.06.2021 указанные судебные акты оставил без изменения. 2 Разумович Светлана Анатольевна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1, 447 Гражданского кодекса Российской Федерации, статьями 139, 213.26 Федерального закона от 26.10.2002 № 127-ФЗ «О несостоятельности (банкротстве)», разъяснениями, изложенными в пункте 18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реализация имущества должника посредством прямого заключения договора купли-продажи с лицом, подавшим заявку на приобретение имущества по наиболее высокой цене, не нарушает положений действующего законодательства, отвечает достижению цели максимального удовлетворения требований кредиторов должника, участие Зырянова А.О. в подаче заявок на приобретение имущества должника не привело к ограничению прав иных участников прямых продаж или к нарушению порядка их проведения.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Разумович Светлане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