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общества с ограниченной ответственностью «Ареопаг Сибири», «Юстина» и «Скорая кредитная помощь», индивидуальные предприниматели Диденко Ася Алексеевна, Тарасов Олег Владимирович и Пытулина Галина Николаевна обратились в суд с заявлением о признании должника банкротом. Определением Арбитражного суда Краснодарского края от 14.12.2020 во введении в отношении должника наблюдения отказано, производство по делу прекращено. Постановлением Пятнадцатого арбитражного апелляционного суда от 05.02.2021, оставленным без изменения постановлением Арбитражного суда Северо-Кавказского округа от 07.06.2021, данное определение отменено. Во введении в отношении должника процедуры наблюдения отказано, заявление о признании должника банкротом оставлено без рассмотрения.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Пятнадцатый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наблюдения и оставляя заявление без рассмотрения, суды апелляционной инстанции и округа, руководствуясь статьями 2, 4, 33, 48 Федерального закона от 26.10.2002 № 127-ФЗ «О несостоятельности (банкротстве)» установили, что на дату его рассмотрения суда сумма долга перед заявителями в своей совокупности не превышала установленное законом пороговое значение, документального подтверждения фактов вывода должником своих активов и иного недобросовестного поведения не имелось, а в производстве суда находилось ещё одно заявление о признании должника банкротом, отвечающее установленным законодательством о банкротстве требованиям.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«Ареопаг Сибири»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