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Смышляева Андрея Валерьевича финансовый управляющий Жданова Ольга Владимировна обратилась в Арбитражный суд Республики Башкортостан с заявлением о принятии обеспечительных мер в виде наложения ареста на счета Смышляевой Екатерины Андреевны, Смышляева Александра Андреевича, Салманова Бориса Никифоровича, открытые в акционерном обществе «Альфа-Банк» и иных кредитных организациях; наложения ареста на денежные средства и имущество, находящиеся по договорам аренды банковского сейфа на имя Смышляевой Е.А., Смышляева А.А., Салманова Б.Н. в АО «Альфа-Банк» и иных кредитных организациях; запрещения доступа Смышляевой Е.А., Смышляеву А.А., Салманову Б.Н. (и иным лицам по их поручению) к индивидуальным банковским сейфам, арендуемым Смышляевой Е.А., 2 Смышляевым А.А., Салмановым Б.Н. в АО «Альфа-Банк» и иных кредитных организациях. Определением Арбитражного суда Республики Башкортостан от 22.12.2020 ходатайство финансового управляющего Ждановой О.В. о принятии обеспечительных мер удовлетворено частично. Наложен арест на счета Смышляевой Е.А., Смышляева А.А., Салманова Б.Н., открытые в АО «Альфа- Банк» и иных кредитных организациях, за исключением денежных средств в размере величины прожиточного минимума, установленного в субъекте Российской Федерации по месту проживания указанных лиц, в случае проживания за пределами Российской Федерации в размере величины прожиточного минимума в Республике Башкортостан, для соответствующей категории населения на весь срок действия обеспечительных мер и иных доходов указанных лиц, на которые не может быть обращено взыскание в соответствии со статьей 446 Гражданского кодекса Российской Федерации и статьей 101 Федерального закона «Об исполнительном производстве». Наложен арест на денежные средства и имущество, находящиеся по договорам аренды банковского сейфа на имя Смышляевой Е.А., Смышляева А.А., Салманова Б.Н в АО «Альфа-Банк» и иных кредитных организациях, с учетом указанного исключения. Запрещен доступ Смышляевой Е.А., Смышляеву А.А., Салманову Б.Н. (и иным лицам по их поручению) к индивидуальным банковским сейфам, арендуемым Смышляевой Е.А., Смышляевым А.А., Салмановым Б.Н. в АО «Альфа-Банк» и иных кредитных организациях, с учетом вышеуказанного исключения. Постановлением Восемнадцатого арбитражного апелляционного суда от 15.03.2021 определение суда первой инстанции оставлено без изменения. Арбитражный суд Уральского округа постановлением от 25.05.2021 указанные судебные акты оставил без изменения. Салманов Борис Никифорович, Смышляева Ольга Борисовна в интересах несовершеннолетних Смышляевой Екатерины Андреевны и Смышляева Александра Андреевича обратились в Судебную коллегию по экономическим спорам Верховного Суда Российской Федерации с кассационной жалобой на принятые по заявлению о принятии обеспечительных мер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3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о принятии обеспечительных мер, суды руководствовались положениями статей 71, 90, 91 Арбитражного процессуального кодекса Российской Федерации, статей 46, 61.16 Федерального закона от 26.10.2002 № 127-ФЗ «О несостоятельности (банкротстве)», разъяснениями Пленума Высшего Арбитражного Суда Российской Федерации, изложенными в постановлении от 12.10.2006 № 55 «О применении арбитражными судами обеспечительных мер», и исходили из того, что обеспечительные меры непосредственно связаны с предметом заявленного требования о формировании имущественной массы Смышляева А.В., приняты в пределах включенных в реестр требований кредиторов сумм, направлены на недопущение причинения значительного ущерба кредиторам должника, пресекают возможное осуществление действий по уменьшению должником своей имущественной массы, на которую может быть обращено взыскание, направлены на обеспечение сохранения баланса интересов вовлеченных в спорные правоотношения лиц.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рассмотрения заявления,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Салманову Борису Никифоровичу, Смышляевой Ольге Борисовне в интересах несовершеннолетних Смышляевой Екатерины Андреевны и Смышляева Александра Андреевича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