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21.08.2021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Пнева Сергея Викторовича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