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01.12.2020, оставленным без изменения постановлением Семнадцатого арбитражного апелляционного суда от 18.02.2021 и постановлением Арбитражного суда Уральского округа от 27.05.2021, заявленное требование удовлетворено.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26.05.2020 проведен отбор проб масла сливочного «Крестьянское» Белая королева 72,5% ГОСТ 32261-2013 дата выработки 27.04.2020, производства ООО «Уральский маслозавод». Место отбора проб ООО «Фреш-Маркет». Согласно протоколу испытаний ФГБУ «Свердловский референтный центр Россельхознадзора» № 3041 от 05.06.2020 выявлено, что вышеуказанная продукция не соответствует ТР ТС 021/2011 «О безопасности пищевой продукции», ТР ТС 033/2013 «О безопасности молока и молочной продукции». ГОСТ 32261-2013 «Масло сливочное. Технические условия». Установив указанные обстоятельства управление вынесло предписание о прекращении действия декларации о соответствии продукции от 03.06.2019 ЕАЭС № RU Д - RU.АЯ14.В.02053/19, на серийный выпуск масла сливочного «Крестьянское» Белая королева с массовой долей жира 72,5% ГОСТ 32261- 2013, приостановлении выпуска вышеуказанной продукции с целью предотвращения причинения вреда жизни и здоровью граждан, об извещении о прекращении действия декларации о соответствии уполномоченный орган. Не согласившись с данным предписанием,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02.01.2000 № 29-ФЗ «О качестве и безопасности пищевых продуктов», Федерального закона от 27.12.2002 № 184-ФЗ «О техническом регулировании»,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пришли к выводу о том, что предписание управления не соответствует положениям действующего законодательства и нарушает права и законные интересы заявителя, с чем согласился суд округа. Судебные инстанции исходили из того, что оспариваемое предписание вынесено управлением в отсутствие надлежащих и достоверных доказательств несоответствия масла, изготовляемого обществом, требованиям технических регламентов. Суды установили, что акт отбора проб и протоколы испытаний к оспариваемому предписанию не приложены; представитель общества при отборе проб не присутствовал, оспаривал при рассмотрении настоящего спора факт поставки спорной продукции в вышеуказанную торговую точку; в акте отбора проб отсутствуют какие-либо сведения о поставщике; акт отбора проб фактически составлен управлением в одностороннем порядке. В тоже время суды отметили, что такое существенное ограничение деятельности изготовителя пищевой продукции как прекращение действия декларации о соответствии продукции, должно применяться исключительно на надлежащих и достаточных доказательствах несоответствия продукции требованиям технических регламентов, что при рассмотрении настоящего дела управлением не было доказано.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ветеринарному и фитосанитарному надзору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"Уральский маслозавод" (подробнее) Ответчики: ОСП УПРАВЛЕНИЕ ФЕДЕРАЛЬНОЙ СЛУЖБЫ ПО ВЕТЕРИНАРНОМУ И ФИТОСАНИТАРНОМУ НАДЗОРУ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