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17.08.2021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его пропуска,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учреждения – Отделения Пенсионного фонда Российской Федерации по Иркутской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