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16.06.2021,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города Москвы «Управление дорожно-мостового строительства»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