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объявить перерыв в судебном заседании. Судебное заседание Судебной коллегии по экономическим спорам Верховного Суда Российской Федерации после перерыва состоится 25 августа 2021 года в 13 часов 30 минут в помещении суда по адресу: город Москва, улица Поварская, дом 15, зал № 3048 (подъезд 5). Председательствующий судья Е.С. Корнелюк Судья И.А. Букина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