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«Полет» (далее – товарищество) обратилось в Верховный Суд Российской Федерации с кассационной жалобой на решение Арбитражного суда Архангельской области от 20.07.2020 по делу № А05-14143/2019, постановление Четырнадцатого арбитражного апелляционного суда от 21.10.2020 и постановление Арбитражного суда Северо-Западного округа от 09.02.2021 по тому же делу по заявлению товарищества к Управлению Федеральной службы по надзору в сфере защиты прав потребителей и благополучия человека по Архангельской области (далее – административный орган) о признании незаконным и отмене постановления от 29.10.2019 № 1105/2019 о привлечении к административной ответственности, предусмотренной частью 2 статьи 14.6 Кодекса Российской Федерации об административных правонарушениях. Определением Верховного Суда Российской Федерации от 01.07.2021 № 307-ЭС21-4959 кассационная жалоба товарищества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11.08.2021 в 14 часов 00 минут (время московское). Административным органом заявлено ходатайство об участии в судебном заседании путем использования систем видеоконференц-связи при содействии Арбитражного суда Архангельской области.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Учитывая наличие технической возможности осуществления видеоконференц-связи при содействии Арбитражного суда Архангельской области, ходатайство административного органа подлежит удовлетворению на основании статьи 153.1 Арбитражного процессуального кодекса Российской Федерации. Руководствуясь статьями 73 , 153.1 , 159 , 184 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Управления Федеральной службы по надзору в сфере защиты прав потребителей и благополучия человека по Архангельской области об участии в судебном заседании Судебной коллегии по экономическим спорам Верховного Суда Российской Федерации по рассмотрению дела № А05-14143/2019 Арбитражного суда Архангельской области путем использования систем видеоконференц-связи. Поручить Арбитражному суду Архангельской области организацию видеоконференц-связи в здании Арбитражного суда Архангельской области (&lt;...&gt;) в целях участия Управления Федеральной службы по надзору в сфере защиты прав потребителей и благополучия человека по Архангельской области в судебном заседании Судебной коллегии по экономическим спорам Верховного Суда Российской Федерации, назначенном в 14 часов 00 минут (время московское) 11.08.2021 по адресу: &lt;...&gt;. Арбитражному суду Архангельской области известить Управление Федеральной службы по надзору в сфере защиты прав потребителей и благополучия человека по Архангельской области (163000, г. Архангельск, ул. Гайдара, д. 24, +7-8182-20-05-69) о явке 11.08.2021 в 14 часов 00 минут (время московское) в Арбитражный суд Архангельской области,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Судья Верховного Суда Российской Федерации А.Г. Першутов Суд: Верховный Суд РФ (подробнее) Истцы: ТСЖ "Полёт" (подробнее) Ответчики: Управление Федеральной службы по надзору в сфере защиты прав потребителей и благополучия человека по Архангельской области (подробнее) Иные лица: Верховный Суд Российской Федерации (подробнее) Судьи дела: Першутов А.Г. (судья) (подробнее) Последние документы по делу: Определение от 16 августа 2021 г. по делу № А05-14143/2019 Резолютивная часть определения от 11 августа 2021 г. по делу № А05-14143/2019 Определение от 3 августа 2021 г. по делу № А05-14143/2019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