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29.03.2021,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«Инженерно-кадастровый Центр «Регион-Гео»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Департамент имущественных отношений КК (подробнее) Департамент Имущественных отношений Краснодарского края (подробнее) Ответчики: Управление Федеральной антимонопольной службы по Краснодарскому краю (подробнее) УФАС по КК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