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21.10.2020, оставленным без изменения постановлением Пятнадцатого арбитражного апелляционного суда от 10.02.2021 и постановлением Арбитражного суда Северо-Кавказского округа от 25.05.2021,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приказа от 23.01.2020 № 3-мо отделом проведена плановая выездная проверка деятельности администрации и установлены нарушения обязательных требований законодательства в сфере предупреждения и ликвидации чрезвычайных ситуаций. По результатам проверки составлен акт от 03.03.2020 № 3 и выдано предписание от 03.03.2020 № 1 обеспечить выполнение обязательных требований, предъявляемых при аттестации аварийно-спасательной службы (формирования), а именно аттестацию муниципального казенного учреждения «Аварийно-спасательный отряд Мостовского района «КАЗАК-СПАС» на проведение аварийно-спасательных работ по ликвидации последствий чрезвычайных ситуаций местного уровня реагирования на территории Мостовского района (пункт 1); в срок до 30.05.2020 обеспечить переработку, согласование и утверждение плана действий по предупреждению и ликвидации чрезвычайных ситуаций природного и техногенного характера муниципального образования Мостовский район (пункт 2). Не согласившись с пунктом 2 предписания, администрация обратилась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22.08.1995 № 151-ФЗ «Об аварийно-спасательных службах и статусе спасателей», Федерального закона от 21.12.1994 № 68-ФЗ «О защите населения и территорий от чрезвычайных ситуаций природного характера», Положением о единой государственной системе предупреждения и ликвидации чрезвычайных ситуаций, утвержденным постановлением Российской Федерации от 30.12.2003 № 794, Положением о проведении аттестации аварийно-спасательных служб, утвержденного постановлением Правительства Российской Федерации от 22.12.2011 № 1091, пришли к выводу о том, что предписание отдела в оспариваемой части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доказанности обстоятельств того, что в нарушение положений действующего законодательства администрация не обеспечила переработку в установленные сроки, согласование и утверждение плана действий по предупреждению и ликвидации чрезвычайных ситуаций природного и техногенного характера муниципального образования Мостовский район. Доказательств обратного администрацией не представлено. Суд округа поддержал выводы судебных инстанций.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Мостовской район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Администрация МО Мостовский район (подробнее) Администрация муниципального образования Моствоской район (подробнее) Администрация муниципального образования Мостовский район (подробнее) Ответчики: Начальник отдела государственного надзора в области защиты населения и территорий от ЧС министерства гражданской обороны и ВС КК Д.Д. Левченко (подробнее) Отдел Государственного надзора в области защиты населения и территорий от чрезвычайный ситуаций министерства гражданской обороны и чрезвычайных ситуаций КК (подробнее) Отдел государственного надзора в области защиты населения и территорий от чрезвычайных ситуаций министерства гражданской обороны и чрезвычайных ситуаций Кранодарского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