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закрытое акционерное общество «Предприятие «ОКИБИМА и К» (далее – Предприятие) и Огарев Василий Митрофанович обратились в Арбитражный суд Воронежской области с заявлением, уточненным в порядке статьи 49 Арбитражного процессуального кодекса Российской Федерации (далее – АПК РФ), о признании незаконными действий Межрайонной инспекции Федеральной налоговой службы № 12 по Воронежской области (далее – Инспекции) по длящемуся воспрепятствованию законной предпринимательской деятельности в виде внесения сведений относительно предстоящего исключения Предприятия из Единого государственного реестра юридических лиц (далее – ЕГРЮЛ); признания недействительным решения об исключении Предприятия из ЕГРЮЛ. Решением Арбитражного суда Воронежской области от 11.03.2020, оставленным без изменения постановлением Девятнадцатого арбитражного апелляционного суда от 21.01.2021 и постановлением Арбитражного суда Центрального округа от 21.04.2021, производство по делу в части заявления Предприятия прекращено; Огареву В.М. в удовлетворении заявления отказано. 2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заявители указывают на неправомерные действия Инспекции, послуживших основанием для исключения Предприятия из ЕГРЮЛ.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заявителей,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28.08.2018 должностными лицами Инспекции проведена проверка достоверности адреса (места нахождения) Предприятия, в ходе которой выявлено отсутствие последнего по проверяемому адресу. Поскольку Предприятием и заявителем в течение 30 дней с момента направления уведомления о недостоверности сведений не было представлено документов, свидетельствующих о достоверности включенных в ЕГРЮЛ данных об адресе места нахождения, Инспекция 05.10.2018 внесла в реестр запись о недостоверности сведений о юридическом лице (ГРН 2183668699113). В связи с наличием в ЕГРЮЛ записи о недостоверности сведений в течение более чем шести месяцев с момента ее внесения 29.04.2019 Инспекцией принято решение № 3062 о предстоящем исключении Предприятия из ЕГРЮЛ (запись ГРН 2193668314915 от 30.04.2019). В журнале «Вестник государственной регистрации» 30.04.2019 № 17 (733) опубликовано сообщение о предстоящем исключении Предприятия из ЕГРЮЛ. Инспекцией 26.08.2019 принято решение № 3062П о прекращении регистрации Предприятия в качестве юридического лица, о чем внесена соответствующая запись (ГРН 2193668581588). Предприятие (в лице директора Огарева В.М.) и Огарев В.М. считая, что действия регистрирующего органа не соответствуют закону, обратились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9, 11, подпунктом «б» пункта 5 статьи 21.1, статьей 22 Федерального закона от 08.08.2001 № 129-ФЗ «О государственной регистрации юридических лиц и индивидуальных предпринимателей», суды отказали в удовлетворении требований, признав действия регистрирующего органа правомерными ввиду непредставления в Инспекцию достоверных сведений об адресе места нахождения Предприятия. 3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закрытого акционерного общества предприятие «ОКИБИМА и К» и Огарева Василия Митрофановича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