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Королев Юрий Валерьевич (далее – Королев Ю.В.) обратился в Арбитражный суд Кабардино-Балкарской Республики с заявлением, уточненным в порядке статьи 49 Арбитражного процессуального кодекса Российской Федерации (далее – АПК РФ), к Инспекции Федеральной налоговой службы № 2 по г. Нальчику Кабардино-Балкарской Республики (далее – Инспекция), в котором просил обязать Инспекцию внести в Единый государственный реестр индивидуальных предпринимателей запись об утрате Королевым Ю.В. статуса индивидуального предпринимателя с 27.05.2005; признать незаконными действия Инспекции по начислению налогов и страховых взносов с указанного времени. К участию в деле в качестве третьего лица, не заявляющего самостоятельных требований относительно предмета спора, привлечена Межрайонная инспекция Федеральной налоговой службы № 4 по Кабардино- Балкарской Республике. Решением Арбитражного суда Кабардино-Балкарской Республики от 06.10.2020, оставленным без изменения постановлением Шестнадцатого арбитражного апелляционного суда от 14.12.2020 и постановлением 2 Арбитражного суда Северо-Кавказского округа от 27.04.2021,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обращался в установленном законом порядке в налоговый орган с заявлением о прекращении регистрации в качестве индивидуального предпринимателя.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адрес Королева Ю.В. Инспекцией направлены требования № 435553, 19923, 13412 об уплате страховых взносов на обязательное пенсионное страхование в фиксированном размере и обязательное медицинское страхование в фиксированном размере по состоянию на 27.01.2020. Поскольку указанные требования не исполнены в установленный срок, Инспекцией приняты решения от 16.03.2018, 27.02.2020, 05.03.2020 о принудительном взыскании с Королева Ю.В. задолженности за счет денежных средств, находящихся на счетах в банке, иных кредитных учреждениях. В порядке статьи 47 Налогового кодекса Российской Федерации Инспекцией вынесено соответствующее постановление и направлено в службу судебных приставов. Судебным приставом-исполнителем отдела судебных приставов Нальчинское ГОСП Кумыковой Э.З. 11.03.2020 возбуждено исполнительное производство № 52775/20/07009-ИП о взыскании с Королева Ю.В. 36 434 рублей 29 копеек. Ссылаясь на то, что 27.05.2005 подал в регистрирующий орган в установленном законом порядке документы о прекращении регистрации в качестве индивидуального предпринимателя, Королев Ю.В.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9, 22.3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придя к выводам о том , что Королев Ю.В. не доказал факт обращения 3 в регистрирующий орган с заявлением о прекращении деятельности в качестве индивидуального предпринимателя в установленном законом порядке. Судебными инстанциями установлено, что 27.05.2005 Королев Ю.В. обратился в Инспекцию только с заявлением о снятии физического лица с учета по месту жительства по форме № 12-2-3, утвержденной приказом Министерства Российской Федерации по налогам и сборам от 27.11.1998 № ГБ-3-12/309.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Королева Юрия Валерьевича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