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Северо-Западного округа от 12.01.2021 по делу № А21-10479/2019 Арбитражного суда Калининградской области оставить без изменения, кассационную жалобу общества с ограниченной ответственностью «Неринга» – без удовлетворения. Председательствующий судья А.Г. Першутов Судья Т.В. Завьялова Судья Н.В. Павлова Суд: Верховный Суд РФ (подробнее) Истцы: МИФНС России №7 по Калининградской области (подробнее) Ответчики: ООО "Неринга" (подробнее) Иные лица: Тринадцатый арбитражный апелляционный суд (подробнее) Судьи дела: Першутов А.Г. (судья) Последние документы по делу: Резолютивная часть определения от 30 июня 2021 г. по делу № А21-10479/2019 Определение от 5 июля 2021 г. по делу № А21-10479/2019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