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Предоставить ФИО1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ООО "МЭЛТ", г. Казань (подробнее) Ответчики: ООО "МЭЛТ", г.Казань ИНН 1655014581 (подробнее) Иные лица: Межрайонная инспекция Федеральной налоговой службы №14 по РТ, г. Казань (подробнее) Одиннадцатый арбитражный апелляционный суд, г.Самара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