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постановление Восемнадцатого арбитражного апелляционного суда от 14.10.2020 и постановление Арбитражного суда Уральского округа от 26.01.2021 по делу № А34-13025/2019 Арбитражного суда Курганской области. Определением от 23.06.2020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21.07.2021 в 10 часов 00 минут. От общества поступило ходатайство о проведении судебного заседания с использованием систем видеоконференц-связи при содействии Арбитражного суда Курганской области. Частью 1 статьи 153.1 Арбитражного процессуального кодекса Российской Федерации (далее – АПК РФ) предусмотрено, что лица, участвующие в деле, и иные участники арбитражного процесса могут участвовать в судебном заседании путем использования систем 2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В соответствии с пунктом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Принимая во внимание наличие технической возможности осуществления видеоконференц-связи с Арбитражным судом Курганской области 21.07.2021 в 10 часов 00 минут (время московское), суд полагает возможным удовлетворить заявленное ходатайство. В силу части 2 статьи 153.1 и статьи 73 АПК РФ Верховный Суд Российской Федерации поручает Арбитражному суду Курганской области организацию видеоконференц-связи в целях участия общества в заседании Судебной коллегии по экономическим спорам Верховного Суда Российской Федерации. Руководствуясь статьями 73, 153.1, 159,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Удовлетворить ходатайство общества с ограниченной ответственностью «Сервис» об участии в судебном заседании Судебной коллегии по экономическим спорам Верховного Суда Российской Федерации по делу № А34-13025/2019 Арбитражного суда Курганской области путем использования системы видеоконференц-связи. 2. Поручить Арбитражному суду Курганской области организацию видеоконференц-связи в здании суда (640002, г. Курган, ул. Климова, 62, зал № 617) в целях участия общества с ограниченной ответственностью «Сервис» в судебном заседании Судебной коллегии по экономическим спорам Верховного Суда Российской Федерации, назначенном на 10 часов 00 минут (время московское) 21.07.2021 по адресу: Поварская ул., д. 15, Москва. 3. Арбитражному суду Курганской области известить общество с ограниченной ответственностью «Сервис» (ул. 9 Мая, д. 43, г. Курган, 640014) и Государственную жилищную инспекцию Курганской области (ул. Гоголя, д. 25, г. Курган, 640002) о возможности явки 21.07.2020 в 10 часов 00 минут (время московское) в Арбитражный суд Курганской области, при содействии которого лица, участвующие в деле,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видеоконференц-связи. 3 4. Арбитражному суду Курганской области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153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заседания. 5. Арбитражному суду Курганской области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