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13.07.2020 Кольцов Алексей Николаевич признан несостоятельным (банкротом), в отношении него введена процедура реализации имущества, финансовым управляющим утвержден Коновалов Алексей Иванович. Финансовый управляющий обратился в Арбитражный суд города Москвы с заявлением о признании недействительным договора дарения доли в праве общей долевой собственности на квартиру, заключенного 21.06.2017 между должником и Кольцовой Натальей Николаевной, и применении последствий недействительности сделки. Определением Арбитражного суда города Москвы от 22.07.2020 к участию в деле в качестве третьего лица, не заявляющего самостоятельных требований относительно предмета спора, привлечен Наумов Евгений Леонидович. Определением Арбитражного суда города Москвы от 16.10.2020 в удовлетворении заявления отказано. 2 Постановлением Девятого арбитражного апелляционного суда от 22.12.2020 определение суда первой инстанции оставлено без изменения. Арбитражный суд Московского округа постановлением от 16.03.2021 указанные судебные акты оставил без изменения. Финансовый управляющий Коновалов Алексей Иванович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суды пришли к выводам о недоказанности заявителем наличия совокупности обстоятельств, необходимых для признания договора дарения недействительным как совершенного с целью причинения вреда имущественным правам кредиторов (установив, что при заключении оспариваемой сделки не усматриваются признаки недобросовестности с учетом фактических обстоятельств первоначального приобретения спорного объекта недвижимости и последующего соразмерного распределения наследственной массы между наследниками), а также об отсутствии доказательств ничтожности совершенной сделки по статьям 10, 168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финансового управляющего имуществом Кольцова Алексея Николаевича - Коновалова Алексея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