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Шполянская Елена Сергеевна обратилась в суд с заявлением о привлечении бывших руководителей должника Новоселова Александра Сергеевича и Удилова Сергея Викторовича солидарно к субсидиарной ответственности по обязательствам должника в размере 8 815 294 рублей 16 копеек. Определением Арбитражного суда Свердловской области от 27.08.2020 признано доказанным наличие основания для привлечения к субсидиарной ответственности по обязательствам должника Новоселова А.С. и Удилова С.В.; производство по заявлению приостановлено до окончания расчётов с кредиторами. Постановлением Семнадцатого арбитражного апелляционного суда от 17.12.2020, оставленным без изменения постановлением Арбитражного суда Уральского округа от 04.03.2021, данное определение в части признания доказанным наличия оснований для привлечения к субсидиарной ответственности по обязательствам должника Новоселова А.С. отменено, в удовлетворении требований в данной части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определение суда первой инстанции без изменения.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пунктом 2 статьи 10 Федерального закона от 26.10.2002 № 127-ФЗ «О несостоятельности (банкротстве)» и не установили законных оснований для привлечения к субсидиарной ответственности бывшего руководителя должника Новоселова А.С. в связи с недоказанностью возникновения у него в спорный период обязанности по обращению в суд с заявлением о признании банкротом контролируемой организации.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«РОСЭК»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