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заявлениями о признании недействительными сделками заключенных между должником и обществом с ограниченной ответственностью «Экофарм Сервис» (далее – общество) договора аренды офисных помещений от 01.01.2018 № 2/18 в редакции дополнительных соглашений от 01.04.2018 № 1 и от 03.12.2018 № 3; договора аренды земельного участка от 18.01.2018 № 18/18 и дополнительного соглашения к нему от 01.04.2018 № 1. Определением Арбитражного суда Республики Татарстан от 15.10.2020, оставленным без изменения постановлениями Одиннадцатого арбитражного апелляционного суда от 07.12.2020 и Арбитражного суда Поволжского округа от 04.03.2021, заявление удовлетворено в части признания недействительным дополнительного соглашения от 01.04.2018 № 1 к договору аренды земельного участка от 18.01.2018 № 18/18, применен последствия недействительности сделки. В остальной части в удовлетворении заявления отказано. В кассационной жалобе, поданной в Верховный Суд Российской Федерации, заявитель просит полностью отменить названные судебные акты и направить дело на новое рассмотрение в Арбитражный суд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проведённой судебной экспертизы, руководствуясь пунктом 1 статьи 61.2 Федерального закона от 26.10.2002 № 127-ФЗ «О несостоятельности (банкротстве)», абзацами 3 и 4 пункта 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в отличие от находившейся в пределах рыночных значений стоимости арендуемых должником у общества офисных помещений, стоимость аренды земельного участка была многократно завышена (92 000 рублей вместо 12 910 рублей), в связи с чем признали недействительным увеличившее эту стоимость дополнительное соглашение по основанию неравноценного встречного исполнения, правильно применив последствия недействительности сделки и распределив судебные расходы.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"Экофарм", г.Казань (подробнее) Иные лица: АО "Казанский жировой комбинат", Лаишевский район, с. Усады (подробнее) АО "Особая экономическая зона "Иннополис", г.Иннополис, Верхнеуслонский район (подробнее) МИФНС №6 по РТ (подробнее) ОАО "Муслюмовские инженерные сети", с.Муслюмово (подробнее) ООО "Научно-производственное предприятие Экосфера" (подробнее) ООО "Технотрон-Метиз", г.Набережные Челны (подробнее) ООО "УДС нефть", г. Ижевск, Удмуртская Республика (подробнее) Управление Федеральной налоговой службы по Республике Татарстан, г.Казань (подробнее) Управление Федеральной налоговой службы по РТ (подробнее) Федеральное бюджетное учреждение "Государственный региональный центр стандартизации, метрологии и испытаний в Республике Татарстан", г.Казань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