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Извечная Василиса Михайловна (далее – Предприниматель) обратилась в Арбитражный суд Иркутской области с заявлением к комитету по управлению муниципальным имуществом администрации г. Иркутска (далее – Комитет) о признании незаконным бездействия по непроведению торгов на право заключения договоров на размещение нестационарных торговых объектов (далее – НТО) в отношении действующих остановочных пунктов, расположенных по адресам: 1) действующий киоск со специализацией продовольственные товары «Сагаан» площадью 7 кв. м для круглогодичной торговли по адресу: г. Иркутск, ул. Новаторов 16/2; 2) действующий киоск со специализацией продовольственные товары «Сагаан» площадью 8 кв. м для круглогодичной торговли по адресу: г. Иркутск, ул. Маршала Конева 44; 3) действующий киоск со специализацией продовольственные товары «Сагаан» площадью 6 кв. м для круглогодичной торговли по адресу: г. Иркутск, бульвар Рябикова 4/2; 2 4) действующий киоск со специализацией продовольственные товары «Сагаан» площадью 10 кв. м для круглогодичной торговли по адресу: г. Иркутск, ул. Вампилова 2/2; 5) действующий киоск со специализацией продовольственные товары «Сагаан» площадью 7 кв. м для круглогодичной торговли по адресу: г. Иркутск, мкр. Первомайский 54/2; 6) действующий киоск со специализацией продовольственные товары «Сагаан» площадью 6 кв. м для круглогодичной торговли по адресу: г. Иркутск, ул. Розы Люксембург 197/1; 7) действующий киоск со специализацией продовольственные товары «Сагаан» площадью 6 кв. м для круглогодичной торговли по адресу: г. Иркутск, мкр. Топкинский 39/2; 8) действующий киоск, со специализацией продовольственные товары «Сагаан» площадью 5 кв. м для круглогодичной торговли по адресу: г. Иркутск, ул. Рабочего штаба 26; 9) действующий киоск со специализацией продовольственные товары «Сагаан» площадью 6 кв. м для круглогодичной торговли по адресу: г. Иркутск, ул. Рабочего штаба 59/2; 10) действующий киоск со специализацией продовольственные товары «Сагаан» площадью 3 кв. м для круглогодичной торговли по адресу: г. Иркутск, мкр. Университетский 70/8; 11) действующий киоск со специализацией продовольственные товары «Сагаан» площадью 7 кв. м для круглогодичной торговли по адресу: г. Иркутск, ул. Розы Люксембург 251/5; 12) действующий киоск со специализацией продовольственные товары «Сагаан» площадью 8 кв. м для круглогодичной торговли по адресу: г. Иркутск, справа от ул. Напольная 73/1; 13) действующий киоск со специализацией продовольственные товары «Сагаан» площадью 7 кв. м для круглогодичной торговли по адресу: г. Иркутск, ул. Радищева 184; 14) действующий киоск со специализацией продовольственные товары «Сагаан» площадью 8 кв. м для круглогодичной торговли по адресу: г. Иркутск, мкр. Юбилейный 1006/3; 15) действующий киоск со специализацией продовольственные товары «Сагаан» площадью 10 кв. м для круглогодичной торговли по адресу: г. Иркутск, ул. Безбокова 10; 16) действующий киоск со специализацией продовольственные товары «Сагаан» площадью 8 кв. м для круглогодичной торговли по адресу: г. Иркутск, ул. Декабрьских событий 92а/2; 17) действующий киоск со специализацией продовольственные товары «Сагаан» площадью 7 кв. м для круглогодичной торговли по адресу: г. Иркутск, мкр. Приморский 12а; 18) действующий киоск со специализацией продовольственные товары «Сагаан» площадью 8 кв. м для круглогодичной торговли по адресу: г. Иркутск, бульвар Рябикова 8г/2; 3 19) действующий киоск со специализацией продовольственные товары «Сагаан» площадью 7 кв. м для круглогодичной торговли по адресу: г. Иркутск, ул. Лермонтова 311д/1; 20) действующий киоск со специализацией продовольственные товары «Сагаан» площадью 8 кв. м для круглогодичной торговли по адресу: г. Иркутск, ул. Лермонтова 1366/4; 21) действующий киоск со специализацией продовольственные товары «Сагаан» площадью 6 кв. м для круглогодичной торговли по адресу: г. Иркутск, ул. Розы Люксембург 295/2; 22) действующий киоск со специализацией продовольственные товары «Сагаан» площадью 7 кв. м для круглогодичной торговли по адресу: г. Иркутск, ул. Розы Люксембург 355/6; 23) действующий киоск со специализацией продовольственные товары «Сагаан» площадью 7 кв. м для круглогодичной торговли по адресу: г. Иркутск, ул. Баумана 202/1; 24) действующий киоск со специализацией продовольственные товары «Сагаан» площадью 7 кв. м для круглогодичной торговли по адресу: г. Иркутск, ул. Радищева 24. К участию в деле в качестве третьего лица, не заявляющего самостоятельного требования относительно предмета спора, привлечено Управление Федеральной антимонопольной службы по Иркутской области. Решением Арбитражного суда Иркутской области от 30.06.2020, оставленным без изменения постановлением Четвертого арбитражного апелляционного суда от 07.10.2020 и постановлением Арбитражного суда Восточно-Сибирского округа от 16.02.2021,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принятие постановления от 15.07.2019 № 031-06-523/9 «О внесении изменений в постановление администрации города Иркутска (далее – Администрация) от 30.12.2011 № 031-06-3192/11 «Об утверждении схем размещения нестационарных торговых объектов», которым из схемы размещения НТО (далее – схема) было исключено 11 торговых мест, арендуемых Предпринимателем, лишило последнего права заниматься торговой деятельностью. Комитет не обосновал необходимость исключения из схемы торговых мест, в том числе занимаемых Предпринимателем.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4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08.07.2019 в рамках процедуры приема заявлений от хозяйствующих субъектов, в связи с подготовкой изменений для внесения в постановление Администрации от 30.12.2011 № 031-06-3192/11 «Об утверждении схем размещения нестационарных торговых объектов» Предприниматель обратился в Комитет с заявлениями о предоставлении мест под размещение НТО. Письмом от 25.07.2019 Комитет сообщил, что договор на размещение НТО заключается только по результатам торгов. Предприниматель 31.10.2019 обратилась к заместителю мэра - председателю КУМИ Администрации г. Иркутска с заявлениями о внесении изменений в схему размещения НТО на территории города Иркутска, утвержденную постановлением Администрации от 30.12.2011 № 031-06-3192/11. Письмом от 29.11.2019 № 505-70-25065/19 Комитет сообщил Предпринимателю, что в настоящее время подготавливается аукционная документация на проведение торгов по продаже права на размещение НТО на территории города Иркутска, вся информация размещена на официальном сайте торгов, сайте Администрации и публикуется в газете «Иркутск официальный»; предложения о внесении изменений в схему учтены. Полагая, что Комитетом допущено бездействие, выразившееся в не проведении торгов на право заключения договоров на размещение НТО,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39.36, 66 Земельного кодекса Российской Федерации, статьей 10 Федерального закона от 28.12.2009 № 381-ФЗ «Об основах государственного регулирования торговой деятельности в Российской Федерации», статьей 11 Федерального закона от 03.07.2016 № 237-ФЗ «О государственной кадастровой оценке», приняв во внимание Правила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утвержденные приказом Федеральной антимонопольной службы Российской Федерации от 10.02.2010 № 67, суды отказали в удовлетворении заявленных требований, правомерно указав, что Предпринимателем оспаривается бездействие по не проведению торгов на право заключения договора на размещение НТО, не включенных в схему размещения, утвержденную постановлением Администрации от 30.12.2011 № 031- 06-3192/11, тогда как для инициирования конкурсных процедур необходимо, чтобы место размещения НТО было включено в соответствующую схему. 5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Извечной Василисы Михайловны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