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08.04.2020,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бюджетного учреждения здравоохранения города Москвы «Детский санаторий Сосновка Департамента здравоохранения города Москвы»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ГБУЗ ДС Сосновка ДЗМ (подробнее) Ответчики: Управление Федеральной антимонопольной службы по Московской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