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16 июня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автономная некоммерческая организация профессионального образования «Симферопольская объединенная техническая школа Крымской региональной общественной организации «Добровольное общество содействия армии, авиации и флоту (ДОСААФ)» (далее – Организация) обратилась в Арбитражный суд Республики Крым с заявлением о признании недействительным подпункта 1.1 пункта 1 распоряжения Совета министров Республики Крым от 20.07.2018 № 792-р в части, касающейся имущества, расположенного по адресам: Республика Крым, г. Симферополь, ул. Объездная д. 6; Республика Крым, Симферопольский район, пгт. Гвардейское, ул. Карла Маркса, д. 52; обязании исключить из перечня имущества, указанного в строке 206 распоряжения от 23.12.2014 № 1481-р «О создании государственного автономного учреждения «Распорядительная дирекция имущества Республики Крым», данного имущества. К участию в деле в качестве третьих лиц, не заявляющих самостоятельных требований относительно предмета спора, привлечены государственное автономного учреждения Республики Крым «Распорядительная дирекция имущества Республики Крым» (далее - ГАУ РДИ РК), администрация 2 Гвардейского сельского поселения Симферопольского района Республики Крым, региональное отделение Общероссийской общественно-государственной организации «Добровольное общество содействия армии, авиации и флоту России» Республики Крым, Государственный Совет Республики Крым, Министерство имущественных и земельных отношений Республики Крым, Министерство обороны Российской Федерации, Министерство образования и науки Российской Федерации, Министерство спорта Российской Федерации, Министерства экономического развития Российской Федерации, Общероссийская общественно-государственная организация «Добровольное общество содействия армии, авиации и флоту России», Государственный комитет по государственной регистрации и кадастру Республики Крым, Администрация города Симферополя Республики Крым, Администрация Симферопольского района Республики Крым. Решением Арбитражного суда Республики Крым от 11.03.2020, оставленным без изменения постановлением Двадцать первого арбитражного апелляционного суда от 09.07.2020 и постановлением Арбитражного суда Центрального округа от 17.02.2021, в удовлетворении требований отказано. В кассационной жалобе, поданной в Верховный Суд Российской Федерации, заявитель просит отменить состоявшиеся судебные акты, ссылаясь на существенное нарушение судами норм материального и процессуального права. В обоснование доводов жалобы заявитель указывает, что являлся самостоятельным субъектом хозяйственной деятельности, в связи с чем обладает правами на спорное имущество в силу действующего правового регулирования. По мнению Организации, судом не дана оценка действиям заинтересованной стороны в принятии оспариваемого распоряжения, касающегося зарегистрированной муниципальной собственности на имущество, находящееся в пользовании заявителя. Заявитель полагает, что судом применены по аналогии нормы права, а также нормативные правовые акты, не имеющие отношение к нему. В соответствии с частью 1 статьи 291.1, частью 7 статьи 291.6 и статьей 291.11 Арбитражного процессуального кодекса Российской Федерации (далее – АПК РФ),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Изучив судебные акты, состоявшиеся по делу, проверив доводы кассационной жалобы заявителя, суд не находит оснований для ее передачи на рассмотрение в судебном заседании Судебной коллегии по экономическим спорам Верховного Суда Российской Федерации, исходя из следующего. Как следует из обжалуемых актов, 20.07.2018 Советом министров Республики Крым было принято распоряжение № 792-р «О внесении изменений в некоторые распоряжения Совета министров Республики Крым и вопросах управления имуществом», которым внесены изменения в распоряжение от 23.12.2014 № 1481-р «О создании государственного автономного учреждения 3 «Распорядительная дирекция имущества Республики Крым» путем изменения типа существующего государственного бюджетного учреждения Республики Крым «Распорядительная дирекция имущества Республики Крым» - приложение № 1 к распоряжению дополнено строкой 206 в части указания имущества, закрепленного за государственным автономным учреждением «Распорядительная дирекция имущества Республики Крым», согласно которой имущество Крымской республиканской организации «Общество содействия обороне Украины» (юридический адрес: г. Симферополь, ул. Кирова, 1), расположенное по адресам: Республика Крым, Симферопольский район, пгт. Гвардейское, ул. К. Маркса, д. 52; Республика Крым г. Симферополь, ул. Объездная, 6, закреплено за государственным автономным учреждением «Распорядительная дирекция имущества Республики Крым» на праве оперативного управления. Из содержания распоряжения от 23.12.2014 № 1481-р также следует, что Совет министров Республики Крым, действуя как уполномоченный орган, распорядился имуществом Республики Крым, закрепив его за государственным автономным учреждением «Распорядительная дирекция имущества Республики Крым» с целью обеспечения надлежащего учета, содержания, сохранности движимого и недвижимого имущества Республики Крым, в том числе составляющего имущественную казну Республики Крым, определив при этом, что функции и полномочия учредителя автономного учреждения осуществляет Министерство имущественных и земельных отношений Республики Крым. Не согласившись с распоряжением от 20.07.2018 № 792-р, Организация обратилась в арбитражный суд с настоящим заявлением. Исследовав и оценив по правилам статьи 71 АПК РФ представленные доказательства, руководствуясь статьями 1, 11, 12 Гражданского кодекса Российской Федерации, разъяснениями, изложенными в пункте 56 постановления Пленума Верховного Суда Российской Федерации и Пленума Высшего Арбитражного Суда Российской Федерации от 29.04.2010 № 10/22 «О некоторых вопросах, возникающих в судебной практике при разрешении споров, связанных с защитой права собственности и других вещных прав», суды отказали в удовлетворении требований, исходя из следующего. Согласно информации, содержащейся в общедоступной базе электронных документов «Картотека арбитражных дел», размещенной в информационно- телекоммуникационной сети «Интернет», АНО ПО «Симферопольская ОТШ КРРО ДОСААФ» в рамках дела № А83-18725/2019 заявлены требования к Совету министров Республики Крым, государственному автономному учреждению «Распорядительная дирекция имущества Республики Крым» об истребовании из чужого незаконного владения недвижимого имущества, расположенного по улице Объездной, 6 г. Симферополя. Таким образом, заявив виндикационный иск, заявитель реализовал право на судебную защиту своего нарушенного права в части объектов недвижимого имущества, расположенных по улице Объездной, 6 в г. Симферополе; в настоящее время названный спор находится на стадии рассмотрения в арбитражном суде. Постановлением Государственного Совета Республики Крым от 17.03.2014 № 1745-6/14 «О независимости Крыма» провозглашено независимое суверенное государство - Республика Крым, в которой город Севастополь имеет особый 4 статус. Пунктом 7 названного постановления установлено, что собственность профсоюзных и иных общественных организаций Украины, находящаяся на день принятия настоящего постановления на территории Республики Крым, является собственностью подразделений соответствующих организаций, находящихся в Республике Крым, а если таковых не имеется - государственной собственностью Республики Крым. В силу абзаца 2 статьи 2.1 Закона Республики Крым от 31.07.2014 № 38-ЗРК «Об особенностях регулирования имущественных и земельных отношений на территории Республики Крым», введенной Законом Республики Крым от 19.01.2015 № 72-ЗРК/2015, право собственности профсоюзных и иных общественных организаций Украины, не имевших подразделений на территории Республики Крым по состоянию на 17 марта 2014 года, на имущество, включая земельные участки и иные объекты недвижимости, находившееся на территории Республики Крым по состоянию на 17 марта 2014 года, считается прекращенным на основании постановления Государственного Совета Республики Крым от 17.03.2014 № 1745-6/14 «О независимости Крыма» в связи с возникновением права собственности Республики Крым на такое имущество. Пунктом 1 постановления Государственного Совета Республики Крым от 08.08.2014 № 2440-6/14 «О некоторых вопросах, касающихся собственности Республики Крым» установлено, что имущество Крымской республиканской организации «Общество содействия обороне Украины» (юридический адрес: г. Симферополь, ул. Кирова, 1), расположенное на территории Республики Крым, является собственностью Республики Крым. Из буквального содержания приведенных правовых актов следует, что определение статуса собственности общественных организаций Украины по состоянию на 17.03.2014 устанавливалось дифференцированно, в зависимости от наличия у соответствующих украинских общественных организаций подразделений на территории Республики Крым по состоянию на указанную дату. Доказательств наличия зарегистрированных подразделений Крымской республиканской организации «Общество содействия обороне Украины» на территории Республики Крым по состоянию на 17.03.2014, представлено не было. Таким образом, на момент принятия оспариваемого ненормативного правового акта право собственности на имущество, указанное в спорном распоряжении, возникло у Республики Крым на основании указанных постановлений Государственного Совета Республики Крым от 17.03.2014 № 1745-6/14 и от 08.08.2014 № 2440-6/14 и у прежнего правообладателя прекратилось. Согласно части 3 статьи 2 Закона Республики Крым от 08.08.2014 № 46-ЗРК «Об управлении и распоряжении государственной собственностью Республики Крым» Совет министров Республики Крым в сфере Республики Крым в сфере управления и распоряжения имуществом Республики Крым управляет и распоряжается имуществом Республики Крым в соответствии с федеральным законодательством и законодательством Республики Крым, издает в пределах своих полномочий постановления и распоряжения по вопросам управления и распоряжения имуществом Республики Крым, осуществляет функции и полномочия собственника имущества Республики Крым в порядке и пределах, 5 определенных федеральным законодательством, настоящим Законом и законодательством Республики Крым, в порядке, установленном настоящим Законом, принимает решения о передаче имущества Республики Крым из собственности Республики Крым в муниципальную собственность и о передаче имущества из муниципальной собственности в собственность Республики Крым, принимает решение о предоставлении согласия на отчуждение имущества Республики Крым, а также решение об отчуждении имущества Республики Крым в порядке, установленном настоящим Законом и иными нормативными правовыми актами Республики Крым. Следовательно, Совет министров Республики Крым вправе осуществлять управление и распоряжение имуществом, относящимся к собственности Республики Крым. Доводы кассационной жалобы не свидетельствуют о допущенных судами нарушениях норм материального и процессуального права, которые бы служили достаточным основанием в силу части 1 статьи 291.11 АПК РФ к отмене обжалуемых судебных актов. С учетом изложенного и руководствуясь статьей 291.6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автономной некоммерческой организации профессионального образования «Симферопольская объединенная техническая школа Крымской региональной общественной организации «Добровольное общество содействия армии авиации и флота (ДОСААФ)»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Н.С.Чучунова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