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29.03.2021,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«Инженерно-кадастровый Центр «Регион-Гео»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