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"Альфа" (ОГРН &lt;***&gt;, ИНН &lt;***&gt;, далее - ООО "Альфа", общество) обратилось в Арбитражный суд Республики Тыва с заявлением к Министерству земельных и имущественных отношений Республики Тыва (далее - министерство, уполномоченный орган) о признании незаконными действий (бездействия) в отношении ООО "Альфа", выразившихся в нарушении срока рассмотрения заявления о предоставлении земельного участка в аренду; обязать министерство заключить договор аренды земельного участка с кадастровым номером 17:18:0105004:5, расположенного по адресу: &lt;...&gt; "б" (далее - земельный участок), на условиях, предложенных обществом в оферте договора от 21.02.2020. Решением Арбитражного суда Республики Тыва от 12.10.2020, оставленным без изменения постановлением Третьего арбитражного апелляционного суда от 14.12.2020 и постановлением Арбитражного суда Восточно-Сибирского округа от 24.03.2021, заявленные требование удовлетворено частично: бездействие министерства, выразившееся в нарушении срока рассмотрения заявления о предоставлении земельного участка, признано незаконным. На министерство возложена обязанность устранить допущенные нарушения прав и законных интересов общества.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не приняли во внимание системность нарушений прав ООО «Альфа» и ранее ГУП «Кондитерская фабрика» со стороны Министерства. Согласно разъяснениям, содержащимся в пункте 38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требование о понуждении к заключению договора может быть удовлетворено судом при наличии у ответчика обязанности заключить такой договор. Названная обязанность и право требовать заключить договор могут быть предусмотрены лишь Гражданским кодексом Российской Федерации либо иным федеральным законом или добровольно принятым обязательством (пункт 2 статьи 3,пункт 1 статьи 421,абзац первый пункта 1 статьи 445 Гражданского кодекса Российской Федерации). Обязанность Министерства и земельных и имущественных отношений Республики Тыва заключить договор аренды земельного участка под объектами, принадлежащими истцу, с ООО «Альфа», регламентируется Гражданским кодексом Российской Федерации, статьей 39.20 Земельного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27.02.2020 ООО "Альфа" направило в адрес министерства заявление о заключении договора аренды земельного участка с приложенными к нему документами: договором аренды земельного участка, копией решения Арбитражного суда Республики Тыва от 28 августа 2019 года; выпиской из ЕГРН на земельный участок; реквизитами для заключения договора. Указанные документы получены министерством 05.03.2020. Полагая, что бездействие министерства по не рассмотрению указанного заявления нарушает права и законные интересы общества, указанное лицо обратилось в арбитражный суд с заявлением. Установив, что на основании подпункта 6 пункта 2 статьи 39.3 , статьи 39.20 Земельного кодекса Российской Федерации Общество, как собственник объекта недвижимости, расположенного на испрашиваемом земельном участке, может претендовать на заключение договора аренды данного участка, необходимого для его использования , министерство получило заявление Общества с необходимыми приложениями и на момент рассмотрения дела в суде какого-либо принятого решения по указанному заявлению не принято, суды признали бездействие министерства не соответствующим положениям действующего законодательства. Вместе с тем, суды посчитали невозможным в качестве меры по восстановлению нарушенного права обязать министерство заключить договор аренды земельного участка, на условиях, предложенных обществом в оферте договора от 21.02.2020, так как заявление общества по существу уполномоченным органом рассмотрено не было.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"Альфа" (подробнее) Ответчики: Министерство земельных и имущественных отношений РТ (подробнее) Иные лица: Министерство земельных и имущественных отношений Республики Тыва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