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15 июня 2021 г. по делу № А32-5949/2020 Верховный Суд Российской Федерации ВЕРХОВНЫЙ СУДРОССИЙСКОЙ ФЕДЕРАЦИИ № 308-ЭС21-3381 ОПРЕДЕЛЕНИЕ г. Москва 15.06.2021 Судья Верховного Суда Российской Федерации Чучунова Н.С., изучив кассационную жалобу Департамента архитектуры и градостроительства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"Диас" (далее - общество "Диас", ООО "Диас") обратилось в Арбитражный суд Краснодарского края с заявлением к Департаменту архитектуры и градостроительства администрации муниципального образования город Краснодар (далее - департамент архитектуры), в котором просило: - признать незаконными действия (бездействия) департамента архитектуры, выразившиеся в принятии решения от 13.01.2020 N 29/29-1 об отказе в выдаче разрешения на строительство, - признать незаконным решение департамента архитектуры от 13.01.2020 N 29/29-1 об отказе в выдаче разрешения на строительство (далее также - отказ от 13.01.2020), - обязать департамент архитектуры повторно рассмотреть заявление ООО "Диас" от 27.12.2019 о выдаче разрешения на строительство объекта капитального строительства "Закусочная с пивбаром" (далее - объект, закусочная) на земельном участке с кадастровым номером 23:43:0431001:1538, согласно расписке с регистрационным номером 27122019-23375026-23-04 . Решением Арбитражного суда Краснодарского края от 21.07.2020, оставленным без изменения постановлением Пятнадцатого арбитражного апелляционного суда от 29.09.2020 и постановлением Арбитражного суда Северо-Кавказского округа от 23.12.2020, уточнение заявленных требований принято. Суд признал незаконными действия (бездействия) департамента архитектуры, выразившиеся в принятии решения от 13.01.2020 N 29/29-1 об отказе в выдаче разрешения на строительство, признал недействительным отказ от 13.01.2020 N 29/29-1 в выдаче разрешения на строительство. На департамент архитектуры возложена обязанность повторно рассмотреть заявление ООО "Диас" от 27.12.2019 о выдаче разрешения на строительство объекта капитального строительства на земельном участке с кадастровым номером 23:43:0431001:1538, согласно расписке (регистрационный номер 27122019-23375026-23-04). С департамента архитектуры в пользу ООО "Диас" взысканы расходы по уплате государственной пошлины в размере 3 000 руб.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решение о выдаче разрешения на строительство либо отказе в выдаче разрешения на строительство принимается уполномоченным органом в порядке, предусмотренном статьей 51 Градостроительного кодекса Российской Федерации. По результатам рассмотрения заявления ООО «Диас» письмом департамента архитектуры от 13.01.2020 №29/29-1 в соответствии с частью 13 статьи 51 Градостроительного кодекса Российской Федерации отказано в выдаче разрешения на строительство объекта «Закусочная с пивбаром» ввиду того, что заявителем нарушены требования пункта 2 части 7 статьи 51 Градостроительного кодекса Российской Федерации. Представленный застройщиком градостроительный план земельного участка с кадастровым номером 23:43:0431001:1538 №RU 23306000-00000000006018 утвержден приказом департамента архитектуры от 02.06.2016 №1248-ГП. В силу части 1 статьи 9 Федерального закона от 03.07.2016 №373-ФЗ «О внесении изменений в Градостроительный кодекс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 информация, указанная в градостроительном плане земельного участка, утвержденном до 01.07.2017, может быть использована в течение срока, который установлен нормативным правовым актом высшего исполнительного органа государственной власти субъекта Российской Федерации и не может быть менее чем три года и более семь лет начиная с 01.07.2017, для подготовки проектной документации применительно к объектам капитального строительства и (или) их частям, строящимся, реконструируемым в границах такого земельного участка, выдачи разрешений на строительство. По истечении установленного срока использование информации, указанной в таком градостроительном плане земельного участка, не допускается. В соответствии с пунктом 1 постановления главы администрации (губернатора) Краснодарского каря от 07.07.2017 №490 «О сроке использования градостроительных планов земельных участок, утвержденных до 1 января 2017 года» информация, указанная в градостроительных планах земельных участков, утвержденных до 01.01.2017, может быть использована для подготовки проектной документации применительно к объектам капитального строительства и (или) их частям, строящимся, реконструируемым в границах таких земельных участков, выдачи разрешений на строительство до 01.01.2010. По истечении данного срока использование информации, указанной в таких градостроительных планах земельных участков не допускается. На дату принятия оспариваемого решения действовало постановление главы администрации (губернатора) Краснодарского края от 07.07.2017 №490 «О сроке использования градостроительных планов земельных участков, утвержденных до 1 января 2017года». На момент принятия оспариваемого отказа департамента архитектуры срок действия градостроительного плана, выданного ООО «Диас» истек, а правовой акт органа государственной власти Краснодарского края о продлении срока его действия не принят. В письме департамента архитектуры с13.01.2020 №29/29-1 дополнительно сообщено, что земельный участок с кадастровым номером 23:43:0431001:1538 в соответствии с картой (схемой) функционального зонирования генерального плана муниципального образования город Краснодар, утвержденного решением городской Думы Краснодара от 26.01.2012 №25п.15, расположен в зоне транспортной инфраструктуры. Вступившим в законную силу решением Арбитражного суда Краснодарского края от 05.11.2019 по делу №А32-25223/2019 в удовлетворении требований ООО «Диас» к департаменту архитектурно признании незаконными отказов в выдаче разрешений на строительство на земельном участке с кадастровым номером 23:43:0431001:1538, выраженного в письмах от 31.10.2018 №29/10193-1, №23/10192-1 ( в связи с тем, что земельный участок расположен в функциональной зоне транспортной инфраструктуры);об обязании департамента архитектуры выдать ООО «Диас» разрешение на строительство на земельном участке с кадастровым номером 23:43:0431001:1538 отказано. В силу части 2 статьи 69 АПК РФ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В соответствии с генеральным планом муниципального образования город Краснодар, утвержденным решением городской Думы Краснодара от 02.09.2020№100п.1, земельный участок с кадастровым 23:43:0431001:1538 расположен в зоне инженерной инфраструктуры, в границах планируемого для размещения объекта местного значения (объекта водоотведения).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материалов истребованного дела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и установлено судами, земельный участок с кадастровым номером 23:43:0431001:1538 на основании договора купли-продажи от 31.07.2013, акта приема-передачи земельного участка от 31.07.2013, принадлежит Обществу на праве собственности. Согласно выписке из ЕГРЮЛ от 26.11.2019, вид разрешенного использования земельного участка с кадастровым номером 23:43:0431001:1538- административные и офисные здания, объекты придорожного сервиса. Общество 25.10.2019, 03.12.2019, 12.12.2019, 27.12.2019 обращалось в Департамент города Краснодар с заявлением о выдаче разрешения на строительство объекта «Закусочная с пивбаром» на земельном участке с кадастровым номером 23:43:0431001:1538. Согласно расписке с регистрационным номером 27122019-23375026-23-0427.12.2019, выданной по факту обращения 27.12.2019 Общества в Департамент города Краснодар с заявлением и документами о выдаче разрешения на строительство объекта «Закусочная с пивбаром» на земельном участке с кадастровым номером 23:43:0431001:1538, Обществом был приложен градостроительный план земельного участка RU23306000-00000000006018, выданный Департаментом 02.06.2016. Департамент письмами от 06.11.2019 №29/12707-1, от 09.12.2019 №29/14253-1 от 23.12.2019, от 23.12.2019 №29/14941-1 от 13.01.2020№29/29-1 отказал Обществу в выдаче разрешения на строительство объекта «Закусочная с пивбаром» на земельном участке с кадастровым номером 23:43:0431001:1538. Отказ Департамента от 13.01.2020 №29/29-1 мотивирован тем, что: Обществом не представлен градостроительный план земельного участка, выданный не ранее, чем за три года до дня представления заявления на получение разрешения на строительство; раздел проектной документации «Схема планировочной организации земельного участка» не содержит требования, указанные в письме от 22.10.20199 №60.09.01-207/19-12; земельный участок с кадастровым номером 23:43:0431001:1538 расположен в зоне транспортной инфраструктуры. Полагая отказ Департамента от 13.01.2020 №29/20-1 об отказе в выдаче разрешения на строительство незаконным, Общество оспорило его в судебном порядке. Удовлетворяя заявленные требования, суды исходили из следующего. Согласно части 1 статьи 51 Градостроительного кодекса Российской Федерации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настоящей статьи), проектом планировки территории и проектом межевания территории (за исключением случаев, если в соответствии с данным Кодексом подготовка проекта планировки территории и проекта межевания территории не требуется), при осуществлении строительства объекта капитального строительства, не являющегося линейным объектом, а также допустимость размещения объекта капитального строительства на земельном участке в соответствии с разрешенным использованием такого участка и ограничениями, установленными в соответствии с земельным и иным законодательством Российской Федерации. Частью 7 статьи 51 Градостроительного кодекса предусмотрен перечень документов, прилагаемых застройщиком к заявлению о выдаче разрешения на строительство (с учетом особенностей, закрепленных в частях 7.1, 7.2 данной статьи). Основания отказа в выдаче разрешения на строительство закреплены в части 13 статьи 51 Градостроительного кодекса , такой отказ может быть оспорен застройщиком в судебном порядке в силу прямого указания на это в части 14 статьи 51 Градостроительного кодекса . Земельный участок с кадастровым номером 23:43:0431001:1538 расположен в зоне инженерной и транспортной инфраструктуры, согласно разделу VI сведений информационной системы градостроительной деятельности муниципального образования города Краснодар (Правила землепользования и застройки муниципального образования города Краснодар) вид разрешенного использования земельного участка- объекты придорожного сервиса (размещение магазинов сопутствующей торговли, зданий для организации общественного питания в качестве объектов придорожного сервиса). В соответствии с пунктом 1 постановления главы администрации (губернатора) Краснодарского каря от 07.07.2017 №490 «О сроке использования градостроительных планов земельных участков, утвержденных до 1 января 2017 года», информация, указанная в градостроительных планах земельных участков, утвержденных до 1 января 2017 года, может быть использована для подготовки проектной документации применительно к объектам капитального строительства и (или) их частям, строящимся, реконструируемых границах таких земельных участков, выдачи разрешений на строительство до 1 января 2020 года. По истечении данного срока использование информации, указанной в таких градостроительных планах земельных участков, не допускается. Градостроительный план RU23306000-000000000018 был выдан Обществу 02.06.2016. Выданный ООО "Диас" градостроительный план земельного участка, ни на момент обращения в департамент архитектуры, ни на момент разрешения спора судами, законодательству, в том числе с учетом постановления Главы администрации (губернатора) Краснодарского края от 31.03.2020 N 183 не противоречил. Департаментом не доказана недопустимость отнесения объекта, за разрешением на строительство которого обратился заявитель, к объектам придорожного сервиса. Отклоняя ссылку Департамента на вступившее в законную силу решение арбитражного суда от 05.11.2019 по делу N А32-25223/2019, которым отказано в удовлетворении требования общества "Диас" о признании незаконным отказа департамента архитектуры от 31.10.2018 в выдаче разрешения на строительство в связи с расположением участка с кадастровым номером 23:43:0431001:1538 в функциональной зоне транспортной инфраструктуры, суды указали на содержащейся в указанном судебном акте вывод о том, что само по себе расположение спорного земельного участка в зоне транспортной инфраструктуры не исключает возможности возведения на нем объекта капитального строительства.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архитектуры и градостроительства администрации муниципального образования город Краснодар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 Диас" (подробнее) Ответчики: Департамент архитектуры и градостроительства администрации МО г. Краснодар (подробнее) Департамент архитектуры и градостроительства администрации муниципального образования г. Краснодар (подробнее) Департамент архитектуры и градостроительства Администрации муниципального образования города Краснодара (подробнее) Иные лица: уполномоченный по защите прав предпринимателей в краснодарском крае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