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обратилась в Арбитражный суд Республики Крым с заявлением о признании незаконными принятых 18.06.2019 Бахчисарайским городским советом Республики Крым (далее - Бахчисарайский горсовет) решений: 1) N 1090 "Об отмене решения 67 сессии Бахчисарайского городского совета 1 созыва от 16.03.2017 N 863-д "О предоставлении земельного участка в порядке переоформления права аренды, расположенного в &lt;...&gt; (участок 1) ФИО1"; 2) N 1091 "Об отмене решения 67 сессии Бахчисарайского городского совета 1 созыва от 16.03.2017 N 863-г "О предоставлении земельного участка в порядке переоформления права аренды, расположенного в &lt;...&gt; (участок 2) ФИО1". Решением Арбитражного суда Республики Крым от 02.03.2020, оставленным без изменения постановлением Двадцать первого арбитражного апелляционного суда от 04.06.2020 и постановлением Арбитражного суда Центрального округа от 15.10.2021,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Администрацией г. Бахчисарай в переоформлении права аренды по договору от 09.07.2008 №284 отказано в нарушение требований статьи 39.16 Земельного кодекса Российской Федерации, Федерального конституционного закона от 21.03.2014 №6-ФКЗ (ред. от 20.12. 2015) «О принятии в Российскую Федерацию Республики Крым и образовании в Российской Федерации новых субъектов -Республики Крым и города федерального значения Севастополя», части 14 статьи 3 Закона Республики Крым от 31.07.2014 №38-ЗРК «Об особенностях регулирования имущественных и земельных отношений на территории Республики Крым», пункта 12 постановления Совета Министров Республики Крым от 02.09.2014 №313 «Об утверждении порядка переоформления прав или завершения права и земельные участки на территории Республики Крым». Решение Бахчисарайского городского совета Республики Крым от 24.04.2008 не противоречило части 5 статьи 116 Земельного кодекса Украины. Индивидуальный предприниматель ФИО1 является арендатором спорных земельных участков на основании договора, заключенного сроком на 49 лет. Каких-либо причин для расторжения договор аренды и возврата земельных участков арендатору в решениях Бахчисарайского городского совета от 18.06.2019 не указано. Отмена в порядке самоконтроля органом местного самоуправления решений о предоставлении земельных участков в аренду по существу является расторжением договора по требованию одной из сторон. Между тем такого основания расторжения договора нормами и гражданского и земельного законодательства не предусмотрено. В соответствии с пунктом 1 статьи 39.36 Земельного кодекса Российской Федерации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28.12.2009 №381-ФЗ «Об основах государственного регулирования торговой деятельности в Российской Федерации» (далее -Федеральный закон №381-ФЗ). Исходя из положений статьи 10 Федерального закона №381-ФЗ схема размещения нестационарных торговых объектов разрабатывается и утверждается органом местного самоуправления в порядке, установленном уполномоченным органом исполнительной власти субъекта Российской Федерации. Утверждение схемы размещения нестационарных торговых объектов,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начаты до утверждения указанной схемы. Оснований для исключения спорного объекта из схемы размещения нестационарных торговых объектов администрацией не приведено.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09.07.2008 индивидуальному предпринимателю ФИО1 в соответствии с действовавшим законодательством Украины были предоставлены из земель Бахчисарайского городского совета в аренду сроком на 49 лет земельные участки N 1, кадастровый номер 0120410100:01:002:0245 площадью 0,0302 га и участок N 2, кадастровый номер 0120410100:01:002:0246 площадью 0,0250 га, расположенные по ул. Фрунзе, 52-а в г. Бахчисарае, для размещения временных объектов торговли с летней площадкой и 09.07.2008 заключен договор аренды с последующими изменениями. Указанные земельные участки были поставлены на государственный кадастровый учет в Российской Федерации, установлены их границы: участок N 1, площадью 0,0302 га – кадастровый номер 90:01:010102:700, участок N 2 площадью 0,0250 га – кадастровый номер 90:01:010102:699. 18.06.2019 Бахчисарайским городским советом Республики Крым в порядке самоконтроля по протестам заместителя прокурора Бахчисарайского района от 30.04.2019 N 07-42-2019 вынесены решения N 1090 "Об отмене решения 67 сессии Бахчисарайского городского совета 1 созыва от 16.03.2017 N 863-д "О предоставлении земельного участка в порядке переоформления права аренды, расположенного в &lt;...&gt; (участок 1) ФИО1"; N 1091 "Об отмене решения 67 сессии Бахчисарайского городского совета 1 созыва от 16.03.2017 N 863-г "О предоставлении земельного участка в порядке переоформления права аренды, расположенного в &lt;...&gt; (участок 2) ФИО1". Полагая указанные отказы незаконными и нарушающими права и законные интересы в сфере предпринимательской деятельности, предприниматель обратилась в суд с вышеуказанными требованиями. Отказывая в удовлетворении заявленных требований, суды исходили из следующего. Часть 1 статьи 48 Федерального закона от 06.10.2003 N 131-ФЗ "Об общих принципах организации местного самоуправления в Российской Федерации" наделяет органы местного самоуправления правом отменить ранее принятый (изданный) ими соответствующий муниципальные правовой акт, выявив в порядке самоконтроля противоречие закону. В силу статьи 12 Федерального конституционного закона от 21.03.2014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Закон N 6-ФКЗ) на территории Республики Крым действуют документы, в том числе подтверждающие право собственности, право пользования, а также разрешительные документы, выданные государственными и иными официальными органами Украины, государственными и иными официальными органами Автономной Республики Крым без ограничения срока их действия и какого-либо подтверждения со стороны государственных органов Российской Федерации, государственных органов Республики Крым, если иное не предусмотрено статьей 12.2 данного Федерального конституционного закона, а также, если иное не вытекает из самих документов или существа отношения. Нормы Федерального закона N 6-ФКЗ не имеют обратного действия, в связи с чем возникшие между сторонами арендные отношения до 18.03.2014 регулируются нормами материального права Украины, которые применяются в случае отсутствия противоречий с нормами российского законодательства, а после указанной даты - Гражданским кодексом Российской Федерации. В силу пункта 1 статьи 39.36 Земельного кодекса Российской Федерации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28.12.2009 N 381-ФЗ.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(часть 1 статьи 10 Закона N 381-ФЗ). Суды пришли к правильным выводам об отсутствии нарушений прав заявителя оспоренными решениями, так как у предпринимателя не возникло права на переоформление аренды земельных участков, отметив при этом, что для продолжения размещения НТО заявитель вправе обратиться с соответствующим заявлением; доказательств обращения ИП ФИО1 с таким заявлением в материалах отсутствуют.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Кузьминова Валентина Васильевна (подробнее) Ответчики: Бахчисарайский городской совет Республики Крым (подробнее) Иные лица: АДМИНИСТРАЦИЯ БАХЧИСАРАЙСКОГО РАЙОНА РЕСПУБЛИКИ КРЫМ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