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сельскохозяйственный производственный кооператив Колхоз "Дмитриевский" (далее - СПК Колхоз "Дмитриевский", кооператив, истец) обратился в арбитражный суд с иском, уточненным в порядке статьи 49 Арбитражного процессуального кодекса Российской Федерации (далее - АПК РФ), об обязании не чинить препятствия в любой форме и в любом виде в пользовании истцом земельными участками: к Главе крестьянского фермерского хозяйства ФИО1 (далее - Глава КФХ ФИО1) в отношении земельных участков с кадастровыми номерами 54:23:051301:1348, 54:23:051301:1359, 54:23:051301:1360, 54:23:051301:1354; Главе крестьянского фермерского хозяйства ФИО2 (далее - Глава КФХ ФИО2) в отношении земельных участков с кадастровыми номерами 54:23:051301:1369, 54:23:051301:1370, 54:23:051301:1381; Главе крестьянского фермерского хозяйства ФИО3 Оглы (далее - Глава КФХ ФИО3) в отношении земельных участков с кадастровыми номерами 54:23:051301:1340, 54:23:051301:1374, 54:23:051301:1384; Главе крестьянского фермерского хозяйства Прилепову Эдуарду Юрьевичу (далее - Глава КФХ Прилепов Э.Ю.) в отношении земельных участков с кадастровыми номерами 54:23:051301:1367, 54:23:051301:1380, 54:23:051301:1382, 54:23:051301:1386; Главе крестьянского фермерского хозяйства Морозову Игорю Ивановичу (далее - Глава КФХ Морозов И.И.) в отношении земельных участков с кадастровыми номерами 54:23:051301:1319, 54:23:051301:1338. К участию в деле в качестве третьих лиц, не заявляющих самостоятельных требований относительно предмета спора, привлечены Управление Федеральной службы государственной регистрации, кадастра и картографии по Новосибирской области (далее - Росреестр по Новосибирской области), ФИО6, ФИО7, ФИО8, ФИО9, ФИО10, ФИО11, ФИО12, ФИО13, ФИО14, ФИО15, ФИО16, ФИО17, ФИО18, ФИО19, ФИО20, ФИО21, ФИО22, ФИО23, ФИО24, ФИО25, ФИО26, ФИО27, ФИО28, ФИО29, ФИО30, ФИО31, ФИО32, ФИО33, ФИО34, ФИО35, ФИО36, ФИО37, ФИО38, ФИО39, ФИО40, ФИО41. Решением Арбитражного суда Новосибирской области от 16.06.2020, оставленным без изменения постановлением Седьмого арбитражного апелляционного суда от 17.11.2020 и постановлением Арбитражного суда Западно-Сибирского округа от 19.02.2021, иск удовлетворен в части: запрещено чинить препятствия кооперативу в любой форме и в любом виде: Главе КФХ ФИО1 в отношении земельных участков с кадастровыми номерами 54:23:051301:1348, 54:23:051301:1359, 54:23:051301:1360, 54:23:051301:1354; Главе КФХ ФИО2 в отношении земельных участков с кадастровыми номерами 54:23:051301:1369, 54:23:051301:1370, 54:23:051301:1381; Главе КФХ ФИО3 в отношении земельных участков с кадастровыми номерами 54:23:051301:1340, 54:23:051301:1374, 54:23:051301:1384; Главе КФХ ФИО4 в отношении земельных участков с кадастровыми номерами 54:23:051301:1367, 54:23:051301:1380, 54:23:051301:1382, 54:23:051301:1386; в удовлетворении остальной части иска отказано. В пользу кооператива взысканы расходы по оплате государственной пошлины с Главы КФХ ФИО1 в размере 1 200 руб., Главы КФХ ФИО2 в размере 1 200 руб., Главы КФХ ФИО3 в размере 1 200 руб., Главы КФХ ФИО4 в размере 1 200 руб.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права, передать дело на новое рассмотрение в арбитражный суд Новосибирской области в ином составе судей. В обоснование доводов жалобы заявитель указывает, что удовлетворение требований главы КВХ ФИО1 в отношении земельных участок кадастровыми номерами 54:23:051301:1348, 54:23:051301:1359, 54:23:051301:1360, 54:23:051301:1354 полностью исключает для заявителя возможность обрабатывать указанные участки, взятые им в аренду. В материалах дела отсутствуют доказательства согласия всех участников долевой собственности на заключение договора аренды с СПК. Заявитель не согласен с выводом судов о том, что отсутствие в едином государственном реестре недвижимости записи об обременении вновь образованных земельных участков правом аренды не влечет прекращение договора аренды.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между собственниками земельного участка (арендодатель), указанными в приложении к договору аренды и СПК Колхоз "Дмитриевский" (арендатор) заключен договор аренды от 01.06.2010 земельного участка из земель сельхозназначения, находящегося в общей долевой собственности (далее - договор аренды), по условиям которого арендатору предоставляется земельный участок из земель сельскохозяйственного назначения - для ведения крестьянского (фермерского) хозяйства с кадастровым номером 54:32:051301:553, площадью 6 426 0000 кв. м, имеющий адресный ориентир Новосибирская область, Татарский район, м. р- н Муниципальное образование Дмитриевского сельского совета (пункт 1.1 договора). Согласно пункту 2.1 договора аренды срок действия договора устанавливается с 01.07.2010 до 01.06.2035. В соответствии с представленными в материалы дела выписками из Единого государственного реестра недвижимости (далее - ЕГРН) земельные участки с кадастровыми номерами 54:32:051301:1319, 54:32:051301:1338, 54:32:051301:1340, 54:32:051301:1374, 54:32:051301:1384, 54:32:051301:1367, 54:32:051301:1380, 54:32:051301:1382, 54:32:051301:1386, 54:32:051301:1348, 54:32:051301:1359, 54:32:051301:1360, 54:32:051301:1354, 54:32:051301:1369, 54:32:051301:1370, 54:32:051301:1381 выделены из земельного участка с кадастровым номером 54:32:051301:553. Земельные участки с кадастровыми номерами 54:32:051301:1319, 54:32:051301:1338 переданы кооперативу по договору аренды от 01.03.2015. Согласно выпискам из ЕГРН земельные участки с кадастровыми номерами 54:32:051301:1340, 54:32:051301:1374, 54:32:051301:1384 принадлежат ФИО3 на праве собственности, Глава КФХ ФИО4 является одним из собственников земельных участков с кадастровыми номерами 54:32:051301:1367, 54:32:051301:1380, 54:32:051301:1382 и собственником земельного участка с кадастровым номером 54:32:051301:1386; земельные участки с кадастровыми номерами 54:32:051301:1348, 54:32:051301:1359, 54:32:051301:1360, 54:32:051301:1354 переданы Главе КФХ ФИО1 по договорам аренды от 01.03.2017, от 01.04.2017, от 14.01.2018. Земельные участки с кадастровыми номерами 54:32:051301:1369, 54:32:051301:1370, 54:32:051301:1381 переданы Главе КФХ ФИО2 по договорам аренды от 22.09.2017, от 22.09.2017, от 22.09.2017 соответственно. В заявлении от 07.02.2019 ФИО4 просил кооператив не использовать (не засеивать) земельные участки с кадастровыми номерами 54:23:051301:1367, 54:23:051301:1382, 54:23:051301:1380, 54:23:051301:1386. 22.02.2019 ФИО1 информировал кооператив о намерении с 2019 года обрабатывать и засеивать земельные участки с кадастровыми номерами 54:32:051301:1348, 54:32:051301:1359, 54:32:051301:1360, 54:32:051301:1354 согласно зарегистрированным договорам аренды земельных участков. СПК Колхоз "Дмитриевский", являясь арендатором исходного земельного участка с кадастровым номером 54:32:051301:553, ссылаясь на лишение доступа к нему, создание ответчиками (собственниками и арендаторами), владеющими выделенными из земельного участка с кадастровым номером 54:32:051301:553 в счет земельных долей участками угрозы ограничения права пользования земельным участком с кадастровым номером 54:32:051301:553, а именно ограничением проезда техники для ведения крестьянского хозяйства, обратился в арбитражный суд с настоящим иском об обязании не чинить препятствия в любой форме и в любом виде в пользовании истцом земельными участками (статья 304 ГК РФ ). Исследовав и оценив доказательства по правилам статьи 71 Арбитражного процессуального кодекса Российской Федерации, руководствуясь статьями 12 , 209 , 304 , 305 , 617 Гражданского кодекса Российской Федерации (далее - ГК РФ), статьями 11.2 , 11.8 , 22 Земельного кодекса Российской Федерации (далее - ЗК РФ), пунктом 5 статьи 14 Федерального закона от 24 июля 2002 г. N 101-ФЗ "Об обороте земель сельскохозяйственного назначения" (далее - Закон N 101-ФЗ), разъяснениями, изложенными в пункте 45 постановления Пленума Верховного Суда Российской Федерации и Высшего Арбитражного Суда Российской Федерации от 29.04.2010 N 10/22 "О некоторых вопросах, возникающих в судебной практике при разрешении споров, связанных с защитой права собственности и других вещных прав" (далее - постановление N 10/22), учитывая вступившее в законную силу решение суда общей юрисдикции по иску о признании договора аренды от 01.07.2010 незаключенным и изложенные в нем выводы относительно сохранения после выдела земельных участков права аренды за истцом, установив, что распорядившись принадлежавшими правами собственности на земельные доли в исходном земельном участке, участники общей долевой собственности, заключив договор аренды от 01.07.2010, выразили свою общую волю на передачу земельного участка в аренду истцу, после осуществления выдела из земельного участка с кадастровым номером 54:32:051301:553 в счет земельных долей новых участков у кооператива сохранилось право аренды на прежних условиях, признав доказанным факт наличия намерения самостоятельного использования ответчиками выделенных земельных участков, нарушения прав кооператива со стороны ответчиков, суды пришли к выводам о том, что требования кооператива о запрете чинить препятствия в любой форме и в любом виде в пользовании СПК Колхоз "Дмитриевский" арендованным земельным участком с кадастровым номером 54:32:051301:553 подлежит удовлетворению. Отсутствие в Едином государственном реестре недвижимости записи об обременении вновь образованных земельных участков правом аренды правомерно квалифицировано судами как не влекущее прекращение договора аренды от 01.07.2010.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главы крестьянского фермерского хозяйства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СЕЛЬСКОХОЗЯЙСТВЕННЫЙ КОЛХОЗ "ДМИТРИЕВСКИЙ" (подробнее) Ответчики: ГКФХ Морозов Игорь Иванович (подробнее) ГКФХ Мустафаев Сергей Ровшан Оглы (подробнее) ГКФХ Паиль Дмитрий Николаевич (подробнее) ГКФХ Прилепов Эдуард Юрьевич (подробнее) ГКФХ Симонов Денис Викторович (подробнее) Иные лица: Арбитражный суд Западно-Сибирского округа (подробнее) Седьмой арбитражный апелляционный суд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