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«Сервис» (далее – общество) обратилось в Верховный Суд Российской Федерации с кассационной жалобой на постановление Арбитражного суда Уральского округа от 10.12.2020 по делу № А34-12935/2019 Арбитражного суда Курганской области по заявлению общества к Государственной жилищной инспекции Курганской области о признании незаконным и отмене постановления от 04.09.2019 № 00170 о привлечении к административной ответственности, предусмотренной частью 2 статьи 14.1.3 Кодекса Российской Федерации об административных правонарушениях. Определением Верховного Суда Российской Федерации от 06.05.2021 № 309-ЭС21-295 кассационная жалоба общества вместе с делом передана для рассмотрения в судебном заседании Судебной коллегии по экономическим спорам Верховного Суда Российской Федерации и назначена к рассмотрению на 02.06.2021 в 11 часов 00 минут (время московское). Обществом заявлено ходатайство об участии в судебном заседании путем использования систем видеоконференц-связи при содействии Арбитражного суда Курганской области. В соответствии с частью 1 статьи 153.1 Арбитражного процессуального кодекса Российской Федерации лица, участвующие в деле, и иные участники арбитражного процесса могут участвовать в судебном заседании путем использования систем видеоконференц-связи при условии заявления ими ходатайства об этом и при наличии в арбитражных судах или судах общей юрисдикции технической возможности осуществления видеоконференц-связи. Учитывая наличие технической возможности осуществления видеоконференц-связи при содействии Арбитражного суда Курганской области, ходатайство общества подлежит удовлетворению на основании статьи 153.1 Арбитражного процессуального кодекса Российской Федерации. Руководствуясь статьями 73 , 153.1 , 159 , 184 , 185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Удовлетворить ходатайство общества с ограниченной ответственностью «Сервис» об участии в судебном заседании Судебной коллегии по экономическим спорам Верховного Суда Российской Федерации по рассмотрению дела № А34- 12935/2019 Арбитражного суда Курганской области путем использования систем видеоконференц-связи. Поручить Арбитражному суду Курганской области организацию видеоконференц-связи в здании Арбитражного суда Курганской области (&lt;...&gt;) в целях участия общества с ограниченной ответственностью «Сервис» в судебном заседании Судебной коллегии по экономическим спорам Верховного Суда Российской Федерации, назначенном в 11 часов 00 минут (время московское) 02.06.2021 по адресу: &lt;...&gt;. Арбитражному суду Курганской области известить общество с ограниченной ответственностью «Сервис» (640014, &lt;...&gt;, +79630609169) о явке 02.06.2021 в 11 часов 00 минут (время московское) в Арбитражный суд Курганской области, при содействии которого указанное лицо сможет участвовать в судебном заседании Судебной коллегии по экономическим спорам Верховного Суда Российской Федерации путем использования систем видеоконференц-связи. Судья Верховного Суда Российской Федерации А.Г. Першутов Суд: Верховный Суд РФ (подробнее) Истцы: ООО "Сервис" (подробнее) Ответчики: ГОСУДАРСТВЕННАЯ ЖИЛИЩНАЯ ИНСПЕКЦИЯ КУРГАНСКОЙ ОБЛАСТИ (подробнее) Иные лица: Верховный Суд Российской Федерации (подробнее) Судьи дела: Першутов А.Г. (судья) (подробнее) Последние документы по делу: Резолютивная часть определения от 2 июня 2021 г. по делу № А34-12935/2019 Определение от 7 июня 2021 г. по делу № А34-12935/2019 Определение от 27 мая 2021 г. по делу № А34-12935/2019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