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«Завод АКОР ЕЭЭК» (далее – Общество) обратилось в Арбитражный суд Ульяновской области с иском к ФИО1 о взыскании 23 767 000 рублей убытков. К участию в деле в качестве третьего лица, не заявляющего самостоятельные требования на предмет спора, привлечено общество с ограниченной ответственностью «Титан-Аудит». Решением Арбитражного суда Ульяновской области от 17.09.2020, оставленным без изменения постановлением Одиннадцатого арбитражного апелляционного суда от 08.12.2020 и постановлением Арбитражного суда Поволжского округа от 09.03.2021,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убытки причинены в связи с неверными действиями ФИО1 в качестве единоличного исполнительного органа юридического лица; размер убытков подтвержден отчетом о результатах хозяйственной деятельности Общества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 2002 года по 07.11.2017 годы на основании трудового договора ФИО1 исполнял обязанности генерального директора Общества. В обоснование требований Общество указало, что в соответствии с отчетом о финансовых результатах за 2016-2017 годы истец понес убытки в размере 23 767 000 рублей в связи с умышленными действиями ФИО1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В соответствии с пунктом 1 статьи 71 Федерального закона от 26.12.1995 № 208-ФЗ «Об акционерных обществах» (далее – Закон № 71-ФЗ) единоличный исполнительный орган общества при осуществлении своих прав и исполнении обязанностей должен действовать в интересах общества, осуществлять свои права и исполнять обязанности в отношении общества добросовестно и разумно. Согласно пункту 2 статьи 71 Закона № 208-ФЗ единоличный исполнительный орган общества (генеральный директор) несет ответственность перед обществом за убытки, причиненные обществу его виновными действиями (бездействием), если иные основания ответственности не установлены федеральными законами.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заявленных требований, придя к выводам об отсутствии необходимой совокупности условий для привлечения бывшего руководителя Общества к гражданско-правовой ответственности в виде возмещения убытков. В частности, Обществом не опровергнуты доводы ФИО1 о том, что премирование отдельных работников осуществлялось исходя из показателей эффективности их деятельности; по указанию собственника Общества было создано ЗАО «РЕАЛ-БИЗНЕС», единственным участником которого стало Общество и которому передано в качестве вклада в уставной капитал 9/10 имущественного комплекса Общества, после чего по указанию собственника Общество вынуждено было заключить с ЗАО «РЕАЛ-БИЗНЕС» договор аренды имущества, которое использовалось Обществом в производственной деятельности, при этом все расходы по содержанию имущественного комплекса по-прежнему были возложены на Общество. Выкуп автомобиля был произведен в связи с тем, что у Общества были арестованы счета и отсутствовала возможность окончательного арендного платежа и выкупной цены. Суды не установили недобросовестности и неразумности в действиях ФИО1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«Завод АКОР ЕЭЭК»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ЗАО "Завод АКОР ЕЭЭК" (подробнее) Ответчики: ЗАО Лизогубов Александр Николаевич, бывший генеральный директор "Завод АКОР ЕЭЭК" (подробнее) Иные лица: АО "Реал Бизнес"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