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«Мясокомбинат «ДРУЖБА НАРОДОВ» (далее – общество) обратилось в Арбитражный суд Республики Крым с заявлением о признании незаконными и отмене постановления Управления Федеральной антимонопольной службы по Санкт-Петербургу (далее – антимонопольный орган) от 30.04.2019 № 078/04/14.49-8/2019 о привлечении к административной ответственности, предусмотренной статьей 14.49 Кодекса Российской Федерации об административных правонарушениях (далее – КоАП РФ), а также решения Федеральной антимонопольной службы (далее – ФАС России) от 02.07.2019. Решением Арбитражного суда Республики Крым от 04.12.2019 заявление общества удовлетворено. Постановлением Двадцать первого арбитражного апелляционного суда от 23.06.2020 решение суда первой инстанции отменено, оспариваемое постановление антимонопольного органа изменено в части размера назначенного наказания в виде административного штрафа, который снижен до 350 000 рублей, в удовлетворении остальной части требований обществу отказано. Арбитражный суд Центрального округа постановлением от 01.10.2020 оставил без изменения постановление суда апелляционной инстанции. Общество обратилось в Верховный Суд Российской Федерации с кассационной жалобой на постановления судов апелляционной и кассационной инстанций, в которой просит их отменить, оставив в силе решение суда первой инстанции. Письмом судьи Верховного Суда Российской Федерации от 29.01.2021 были истребованы материалы дела из Арбитражного суда Республики Крым.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являясь поставщиком по заключенному с федеральным казенным учреждением «Северо-Западный центр материально-технического обеспечения федеральной службы войск национальной гвардии Российской Федерации» (заказчик) государственному контракту от 08.05.2018 № 1818180301102000000000000/110 на поставку продовольственных товаров для нужд войск национальной гвардии Российской Федерации в рамках государственного оборонного заказа на 2018 год, общество осуществило поставку в соответствующую войсковую часть икры из кабачков в количестве 100кг. Однако в ходе проведения в этой войсковой части прокурорской проверки соблюдения законодательства о закупках товаров, работ и услуг и законодательства о государственном оборонном заказе при исполнении указанного государственного контракта было установлено, что поставленная обществом икра из кабачков не соответствует требованиям ГОСТ Р 51926-2002 по показателю «массовая доля сухих веществ» - 16,1% при нормативе не менее 19%. Указанные обстоятельства послужили основанием для вынесения прокурором постановления от 07.03.2019 о возбуждении в отношении общества дела об административном правонарушении по статье 14.49 КоАП РФ, которое вместе с материалами проверки были направлены в антимонопольный орган. По результатам рассмотрения дела об административном правонарушении антимонопольным органом вынесено постановление от 30.04.2019 № 078/04/14.49-8/2019 о привлечении общества к административной ответственности, предусмотренной статьей 14.49 КоАП РФ, с назначением наказания в виде административного штрафа в размере 850 000 рублей. Решением ФАС России от 02.07.2019 жалоба общества на постановление антимонопольного органа оставлена без удовлетворения. Не согласившись с указанными постановлением антимонопольного органа и решением ФАС России, общество оспорило их в арбитражном суде. Статьей 14.49 КоАП РФ установлена административная ответственность за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Рассматривая настоящий спор и удовлетворяя требования общества, суд первой инстанции исходил из недоказанности наличия в действиях общества состава административного правонарушения, ответственность за которое установлена статьей 14.49 КоАП РФ, поскольку поставленная обществом по государственному контракту на поставку продовольственных товаров для нужд войск национальной гвардии Российской Федерации в рамках государственного оборонного заказа на 2018 год икра из кабачков, не является оборонной продукций. Суд апелляционной инстанции, ссылаясь на положения Федерального закона от 29.12.2012 № 275-ФЗ «О государственном оборонном заказе» (далее – Закон № 275-ФЗ), пришел к выводу, что икра из кабачков является оборонной продукцией, поскольку поставка этой продукции была произведена обществом по государственному контракту в рамках государственного оборонного заказа. На основании изложенного, суд апелляционной инстанции отменил решение суда первой инстанции и признал правомерным привлечение общества к административной ответственности, предусмотренной статьей 14.49 КоАП РФ, снизив при этом в соответствии с частями 3.2 и 3.3 статьи 4.1 КоАП РФ размер назначенного обществу штрафа до 350 000 рублей. Суд округа согласился с указанным выводом и оставил без изменения постановление суда апелляционной инстанции. Обжалуя постановления судов апелляционной и кассационной инстанций в Верховный Суд Российской Федерации, общество приводит доводы о существенных нарушениях судами норм материального права, повлиявших на исход дела. Так, в частности, общество приводит доводы о том, что ни КоАП РФ, ни Закон № 275-ФЗ не содержат определения «оборонная продукция». Такое определение есть только в ГОСТ РВ 0101-003-2018 «Продукция оборонная. Термины и определения» (далее – ГОСТ РВ 0101-003-2018). Согласно ГОСТ РВ 0101-003-2018 оборонная продукция - продукция создаваемая и/или поставляемая по государственному оборонному заказу. Оборонная продукция включает в себя военную продукцию и продукцию двойного назначения. Видами оборонной продукции являются материальные объекты, научно-техническая продукция, работы и услуги. Военная продукция – часть оборонной продукции, создаваемая и /или поставляемая по технической документации, утвержденной или согласованной государственным заказчиком государственного оборонного заказа. Продукция двойного назначения – часть оборонной продукции, создаваемая и/или поставляемая по технической документации производителя для военных и гражданских нужд в едином исполнении. Как указывает общество, поставленная в рамках указанного государственного контракта на поставку продовольственных товаров в рамках государственного оборонного заказа икра из кабачков является обычным продуктом питания и не изготавливалась по технической документации заказчика для военных нужд или военных и гражданских нужд в едином исполнении, а, соответственно, икра из кабачков не относится к военной продукции или продукции двойного назначения и не является оборонной продукцией. Из условий государственного контракта не следует, что поставляемые продовольственные товары являются оборонной продукцией. Икра из кабачков не проверялась заказчиком на соответствие требованиям, установленным Положением «Об особенностях оценки соответствия оборонной продукции (работ, услуг), поставляемой по государственному оборонному заказу,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утвержденным Постановлением Правительства РФ от 11.10.2012 № 1036.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«Мясокомбинат «ДРУЖБА НАРОДОВ»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ООО "МЯСОКОМБИНАТ "ДРУЖБА НАРОДОВ" (подробнее) Ответчики: Управление Федеральной антимонопольной службы по Санкт-Петербургу (подробнее) Федеральная антимонопольная служба (подробнее) Последние документы по делу: Резолютивная часть определения от 19 мая 2021 г. по делу № А83-13353/2019 Определение от 25 мая 2021 г. по делу № А83-13353/2019 Определение от 1 апреля 2021 г. по делу № А83-13353/2019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