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верская генерац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