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учреждение – Отделение Пенсионного фонда Российской Федерации по Пермскому краю (далее – пенсионный фонд) обратилось в Верховный Суд Российской Федерации с кассационной жалобой на решение Арбитражного суда Пермского края от 11.03.2020 по делу № А50-36354/2019, постановление Семнадцатого арбитражного апелляционного суда от 15.06.2020 и постановление Арбитражного суда Уральского округа от 14.10.2020 по тому же делу по заявлению индивидуального предпринимателя ФИО1 к пенсионному фонду об обязании возвратить 101 910 рублей 54 копейки излишне уплаченных страховых взносов на обязательное пенсионное страхование за 2014 год. Определением Верховного Суда Российской Федерации от 07.04.2021 № 309-ЭС20-22962 кассационная жалоба пенсионного фонда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19.05.2021 в 14 часов 00 минут (время московское). Пенсионным фондом заявлено ходатайство об участии в судебном заседании путем использования систем видеоконференц-связи при содействии Арбитражного суда Пермского края.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Учитывая наличие технической возможности осуществления видеоконференц-связи при содействии Арбитражного суда Пермского края, ходатайство пенсионного фонда подлежит удовлетворению на основании статьи 153.1 Арбитражного процессуального кодекса Российской Федерации. Руководствуясь статьями 73 , 153.1 , 159 , 184 ,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государственного учреждения – Отделение Пенсионного фонда Российской Федерации по Пермскому краю об участии в судебном заседании Судебной коллегии по экономическим спорам Верховного Суда Российской Федерации по рассмотрению дела № А50-36354/2019 Арбитражного суда Пермского края путем использования систем видеоконференц-связи. Поручить Арбитражному суду Пермского края организацию видеоконференц-связи в здании Арбитражного суда Пермского края (&lt;...&gt;) в целях участия государственного учреждения – Отделение Пенсионного фонда Российской Федерации по Пермскому краю в судебном заседании Судебной коллегии по экономическим спорам Верховного Суда Российской Федерации, назначенном в 14 часов 00 минут (время московское) 19.05.2021 по адресу: &lt;...&gt;. Арбитражному суду Пермского края известить государственное учреждение – Отделение Пенсионного фонда Российской Федерации по Пермскому краю (614077, &lt;...&gt;) о явке 19.05.2021 в 14 часов 00 минут (время московское) в Арбитражный суд Пермского края, при содействии которого указанное лицо сможет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видеоконференц-связи. Судья Верховного Суда Российской Федерации А.Г. Першутов Суд: Верховный Суд РФ (подробнее) Ответчики: ГУ ОТДЕЛЕНИЕ ПЕНСИОННОГО ФОНДА РОССИЙСКОЙ ФЕДЕРАЦИИ ПО ПЕРМСКОМУ КРАЮ (подробнее) Судьи дела: Першутов А.Г. (судья) (подробнее) Последние документы по делу: Резолютивная часть определения от 19 мая 2021 г. по делу № А50-36354/2019 Определение от 19 мая 2021 г. по делу № А50-36354/2019 Определение от 29 апреля 2021 г. по делу № А50-36354/2019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