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Ханеева Альмира Талгатовича удовлетворить. Предоставить Ханееву Альмиру Талгатовичу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