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привлечении Обухова Сергея Андреевича, Обухова Андрея Сергеевича, Апкадыровой Ольги Саматовны (далее – ответчики) к субсидиарной ответственности по обязательствам должника. Определением Арбитражного суда Республики Татарстан от 05.10.2020, оставленным без изменения постановлениями Одиннадцатого арбитражного апелляционного суда от 26.11.2020 и Арбитражного суда Поволжского округа от 28.01.2021,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привлечении ответчиков к субсидиарной ответственности.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статями 9, 61.12 Федерального закона от 26.10.2002 № 127-ФЗ «О несостоятельности (банкротстве)», пунктом 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недоказанности совокупности условий для привлечения ответчиков к субсидиарной ответственности.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«Диада»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