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21.01.2021,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«Финстрой-Торг»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