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Даулетова К.П. обратилась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нее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заявителем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Даулетовой Клавдии Петровны удовлетворить. Предоставить Даулетовой Клавдии Петровне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