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01.06.2020, оставленным без изменения постановлениями Семнадцатого арбитражного апелляционного суда от 11.08.2020 и Арбитражного суда Уральского округа от 15.12.2020, в удовлетворении заявления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исполнительное производство № 408173/15/66006-ИП (новый регистрационный № 42268/19/66006-ИП), возбужденное в отношении общества на основании исполнительного листа ФС № 005165590, выданного Арбитражным судом Свердловской области по делу № А60-55108/2014, окончено постановлением судебного пристава- исполнителя ФИО3 от 26.07.2019 в связи с фактическим исполнением требований исполнительного документа. Постановлением заместителя старшего судебного пристава от 20.09.2020 постановление об окончании исполнительного производства от 26.07.2019 отменено, исполнительное производство № 42268/19/66066-ИП возобновлено. Не согласившись с указанным постановлением, общество обратилось в арбитражный суд. Оценив представленные в материалы дела доказательства, суды, руководствуясь положениями Федерального закона от 02.10.2007 № 229-ФЗ «Об исполнительном производстве», Федерального закона от 21.07.1997 № 118-ФЗ «О судебных приставах», пришли к выводу об отсутствии оснований для удовлетворения заявления общества. При этом судебные инстанции исходили из того, что оспариваемое постановление вынесено в пределах предоставленных полномочий должностному лицу и при наличии достаточных оснований. Кроме того, суды отметили, что на момент рассмотрения дела исполнительное производство окончено фактическим исполнением, никаких мер исполнительного производства к должнику не применялось, в связи с чем ссылка заявителя жалобы на судебные акты по делу № А60-14435/2020 Арбитражного суда Свердловской области с учетом отсутствия доказательств, подтверждающих нарушение прав и законных интересов общества, признается несостоятельной. Возражения общества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При таких обстоятельствах доводы общества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«Семухино»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Аверина Анна Петровна (подробнее) ООО "Семухино" (подробнее) Ответчики: Главное управление Федеральной службы судебных приставов по Свердловской области (подробнее) Заместитель начальника Орджоникидзевского районного отделения судебных приставов г. Екатеринбурга Огорелышев Игорь Михайлович (подробнее) УФССП Орджоникидзевский РОСП г.Екатеринбурга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