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РЭК Свердловской области обратилась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21.01.2021,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РЭК Свердловской области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Региональной энергетической комиссии Свердловской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"ЕКАТЕРИНБУРГЭНЕРГОСБЫТ" (подробнее) Региональная энергетическая комиссия Свердловской области (подробнее) Ответчики: Федеральная антимонопольная служба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