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«Туапсинский морской торговый порт» (далее – общество) обратилось в Арбитражный суд Краснодарского края с заявлением к Северо-Кавказскому управлению Федеральной службы по экологическому, технологическому и атомному надзору (далее – административный орган) о признании незаконным и отмене постановления от 30.01.2020 № 114-76/21-08 о привлечении к административной ответственности, предусмотренной частью 1 2 статьи 9.1 Кодекса Российской Федерации об административных правонарушениях (далее – КоАП РФ). Решением Арбитражного суда Краснодарского края от 08.07.2020, оставленным без изменения постановлением Пятнадцатого арбитражного апелляционного суда от 25.08.2020, обществу отказано в удовлетворении заявления. Арбитражный суд Северо-Кавказского округа постановлением от 23.11.2020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29.01.2021 были истребованы материалы дела из Арбитражного суда Краснодарского края.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в ходе проведенной Туапсинской транспортной прокуратурой (далее – прокуратура) совместно с административным органом проверки исполнения обществом законодательства о промышленной безопасности при эксплуатации грузоподъемных механизмов на опасном производственном объекте выявлено, что в нарушение требований действующего законодательства обществом допущены к управлению подъемными сооружениями работники ООО «Туапсеспецгидрострой», не входящие в состав сотрудников эксплуатирующей организации и не получившие допуск к самостоятельной работе. 3 Выявленные нарушения послужили основанием для вынесения прокуратурой постановления от 23.09.2019 о возбуждении в отношении общества дела об административном правонарушении, ответственность за которое установлена частью 1 статьи 9.1 КоАП РФ, и направления этого постановления с иными материалами проверки в административный орган для рассмотрения по существу. По результатам рассмотрения материалов дела об административном правонарушении административным органом вынесено постановление от 18.10.2019 о прекращении в отношении общества производства по делу об административном правонарушении в связи с отсутствием в действиях юридического лица состава административного правонарушения, предусмотренного частью 1 статьи 9.1 КоАП РФ. На указанное постановление прокуратурой внесен протест. Решением руководителя административного органа от 01.11.2019 постановление от 18.10.2019 о прекращении производства по делу об административном правонарушении отменено, дело возвращено на новое рассмотрение. По результатам нового рассмотрения материалов дела об административном правонарушении административным органом вынесено постановление от 30.01.2020 № 114-76/21-08 о привлечении общества к административной ответственности, предусмотренной частью 1 статьи 9.1 КоАП РФ, с назначением наказания в виде административного штрафа в размере 200 000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с учетом установленных фактических обстоятельств, связанных с тем, что в нарушение требований действующего законодательства обществом допущены к управлению подъемными сооружениями работники ООО «Туапсеспецгидрострой», не входящие в состав сотрудников эксплуатирующей организации и не получившие допуск к самостоятельной работе, суды пришли к выводу о наличии в действиях общества состава административного правонарушения, ответственность за которое установлена частью 1 статьи 9.1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4 которые были оценены в их совокупности и взаимосвязи, суды признали правомерным оспариваемое постановление административного органа и отказали обществу в удовлетворении заявления. Нарушений порядка привлечения общества к административной ответственности суды не установили.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а также с соблюдением порядка возбуждения дела об административном правонарушении и его рассмотрения после отмены решением руководителя административного органа постановления от 18.10.2019 о прекращении производства по делу об административном правонарушении. Как установлено судами, после отмены постановления от 18.10.2019 о прекращении производства по делу об административном правонарушении и возвращения дела на новое рассмотрение, дело об административном правонарушении было рассмотрено в соответствии с нормами КоАП РФ при надлежащем извещении законного представителя общества и с соблюдением срока давности привлечения к административной ответственности, предусмотренного статьей 4.5 КоАП РФ. Доводы общества о том, что решение руководителя административного органа не вступило в законную силу на момент вынесения оспариваемого по настоящему делу постановления от 30.01.2020 № 114-76/21-08, поскольку это решение обжаловалось обществом в арбитражном суде, в связи с чем, по мнению общества, оспариваемое по настоящему делу постановление вынесено в период, когда действовало постановление от 18.10.2019 о прекращении производства по делу, основаны на неправильном толковании норм КоАП РФ. Обжалование в арбитражный суд указанного решения руководителя административного органа в порядке, предусмотренном нормами Арбитражного процессуального кодекса Российской Федерации, не свидетельствует о том, что отмененное этим решением постановление от 18.10.2019 о прекращении производства по делу об административном правонарушении сохраняло свою силу и продолжало действовать. При этом суды учли, что впоследствии указанное решение руководителя административного органа признано законным в рамках рассмотрения Арбитражным судом Краснодарского края дела № А32-52110/2019. В случае отмены решения руководителя административного органа по результатам 5 рассмотрения арбитражным судом дела № А32-52110/2019, данное обстоятельство могло послужить основанием для пересмотра оспариваемого по настоящему делу постановления от 30.01.2020 № 114-76/21-08 о привлечении общества к административной ответственности. Оснований, предусмотренных статьей 211 Арбитражного процессуального кодекса Российской Федерации для удовлетворения заявления общества и отмены оспариваемого постановления от 30.01.2020 № 114-76/21-08 о привлечении к административной ответственности, суды не установили.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