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обратилась в суд с заявлением о признании недействительными сделок (платежей) в адрес публичного акционерного общества «Московский Индустриальный Банк» (далее – банк), совершённых должником за третье лицо – ФИО2 в общей сумме 33 435 755 рублей 17 копеек, применении последствий недействительности сделок. Определением Арбитражного суда Липецкой области от 11.12.2019, оставленным без изменения постановлениями Девятнадцатого арбитражного апелляционного суда от 07.07.2020 и Арбитражного суда Центрального округа от 08.10.2020, платежи, совершённые должником в пользу банка за третье лицо – Блиц Ю.В. в общей сумме 183 113 рублей 42 копеек по платёжным поручениям № 1013 и № 1015 от 22.12.2017, признаны недействительными сделками, применены последствия недействительности сделок в виде взыскания с банка в конкурсную массу должника 183 113 рублей 42 копеек. В удовлетворении остальной части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05.02.2021 материалы дела № А36-14978/2017 были истребованы в Арбитражном суде Липецкой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Разрешая спор, суды, руководствуясь положениями статьи 313 Гражданского кодекса Российской Федерации, статьями 61.1 – 61.3, 61.6 Федерального закона от 26.10.2002 № 127-ФЗ «О несостоятельности (банкротстве)», применительно к конкретным фактическим обстоятельствам, пришли к выводу об отсутствии оснований для признания недействительными оспариваемых платежей должника за третье лицо по заявленным основаниям, за исключением двух последних платежей в пользу банка, совершенных в месячный период подозрительности и повлекших оказание предпочтения данному кредитору.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«Усманский завод растительный масел»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МИФНС №3 по Липецкой области (подробнее) ООО "Агровектор" (подробнее) ООО "Агромир" (подробнее) ООО "Добрыня" (подробнее) ООО "Леда" (подробнее) ООО "РегионТрансКом" (подробнее) ООО "СК "АГРИПЛАНТ" (подробнее) ООО "Торгово-производственная компания "Легион" (подробнее) ООО "Усмань" (подробнее) Ответчики: ООО "Усманский завод растительных масел" (подробнее) Иные лица: АО "Газпром газораспределение Липецк" (подробнее) ООО "АГРОЛИПЕЦК" (подробнее) ООО "Агросалон Черноземье" (подробнее) Управление Федеральной службы государственной регистрации, кадастра и картографии по Липецкой области (подробнее) УФНС России по Липецкой области (подробнее) Федеральное казенное учреждение "Лечебное исправительное учреждение №1 Управления федеральной службы исполнения наказаний по Липецкой области" (подробнее) ФНС России Инспекция по Правобережному району г. Липецка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