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Ханеевой Э.Ю.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Ханеевой Элины Юрьевны удовлетворить. Возвратить Ханеевой Элине Юрьевне кассационную жалобу на определение Арбитражного суда Республики Татарстан от 13.07.2020, постановление Одиннадцатого арбитражного апелляционного суда от 11.09.2020 и постановление Арбитражного суда Поволжского округа от 19.11.2020 по делу № А65-29042/2018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