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потребительский гаражный кооператив "Политехник-2" (ИНН &lt;***&gt;, ОГРН &lt;***&gt;, г. Красноярск, далее - истец, ПГК "Политехник-2") обратился в Арбитражный суд Красноярского края с иском, уточненным в порядке статьи 49 Арбитражного процессуального кодекса Российской Федерации, к Межрегиональному территориальному управлению Федерального агентства по управлению государственным имуществом в Красноярском крае, Республике Хакасия и Республике Тыва (ИНН &lt;***&gt;, ОГРН &lt;***&gt;, далее - ответчик, МТУ Росимущества); федеральному государственному автономному образовательному учреждению высшего образования "Сибирский федеральный университет" (ИНН &lt;***&gt;, ОГРН &lt;***&gt;, г. Красноярск, далее - ответчик, ФГАОУ ВО "СФУ"); администрации города Красноярска (ИНН &lt;***&gt;, ОГРН &lt;***&gt;), федеральному государственному бюджетному учреждению "Федеральная кадастровая палата федеральной службы государственной регистрации, кадастра и картографии" в лице филиала по Красноярскому краю (ИНН &lt;***&gt;, ОГРН &lt;***&gt;, далее - ФГБУ "Федеральная кадастровая палата"), Управлению Федеральной службы государственной регистрации, кадастра и картографии по Красноярскому краю (ИНН &lt;***&gt;, ОГРН &lt;***&gt;, далее - Управление Росреестра): - о признании недействительным (ничтожным) акта приема-передачи имущества от 21.12.2006, подписанного между ГОУ ВПО "Красноярский технический университет" и ГОУ ВПО "Красноярский государственный университет" (ничтожной сделкой) (требования заявлены к МТУ Росимущества, ФГАОУ ВО "СФУ", администрации города Красноярска); - о признании недействительными данных межевания и описания местоположения границ и поворотных точек земельного участка с кадастровым номером 24:50:0100414:0001, расположенного по адресу: &lt;...&gt; (требования заявлены к МТУ Росимущества, ФГАОУ ВО "СФУ"); - о признании недействительными сведений в государственном кадастре недвижимости в части местоположения границ (поворотных точек) и площади земельного участка с кадастровым номером 24:50:0100414:0001, расположенного по адресу: &lt;...&gt; (требования заявлены к МТУ Росимущества, ФГАОУ ВО "СФУ"); - о признании недействительными данных межевания и описания местоположения границ и поворотных точек земельного участка с кадастровым номером 24:50:0000000:250, расположенного по адресу: &lt;...&gt; (требования заявлены к МТУ Росимущества, ФГАОУ ВО "СФУ"); - о признании недействительными сведений в государственном кадастре недвижимости в части местоположения границ (поворотных точек) и площади земельного участка с кадастровым номером 24:50:0000000:250, расположенного по адресу: &lt;...&gt; (требования заявлены к МТУ Росимущества, ФГАОУ ВО "СФУ"); - об обязании исправить (устранить) кадастровую (реестровую) ошибку в сведениях государственного кадастра недвижимости в части местоположения границ (поворотных точек) и площади земельного участка земельного участка с кадастровым номером 24:50:0000000:250, земельного участка с кадастровым номером 24:50:0100414:0001, расположенных по адресу: &lt;...&gt; (требования заявлены к Управлению Росреестра, ФГБУ "Федеральная кадастровая палата"); - об обязании исключить (аннулировать) ошибочные сведения из государственного кадастра недвижимости о месте положения границ (поворотных точек) и площади земельного участка с кадастровым номеров 24:50:0000000:250, земельного участка с кадастровым номером 24:50:0100414:0001, расположенных по адресу: &lt;...&gt; (требования заявлены к Управлению Росреестра, ФГБУ "Федеральная кадастровая палата", ФГАОУ ВО "СФУ"); - о признании отсутствующим право постоянного (бессрочного) пользования у ФГАОУ ВО "СФУ" на земельный участок с кадастровым номером 24:50:0100414:0001, площадью 33,6000 га, расположенный по адресу: Россия, &lt;...&gt; (требование заявлено к ФГАОУ ВО "СФУ"); - о признании отсутствующим право постоянного (бессрочного) пользования у ФГАОУ ВО "СФУ" на земельный участок с кадастровым номером 24:50:0000000:250, площадью 302 796,98 кв. м, расположенный по адресу: &lt;...&gt; (требование заявлено к ФГАОУ ВО "СФУ"); - о погашении в Едином государственном реестре прав на недвижимое имущество и сделок с ним записи о праве постоянного (бессрочного) пользования ФГАОУ ВО "СФУ" на земельный участок с кадастровым номером 24:50:0100414:0001, площадью 33,6000 га, расположенный по адресу: Россия, &lt;...&gt; (требования заявлены к Управлению Росреестра, ФГАОУ ВО "СФУ"); - о погашении в Едином государственном реестре прав на недвижимое имущество и сделок с ним записи о праве постоянного (бессрочного) пользования ФГАОУ ВО "СФУ" на земельный участок с кадастровым номером 24:50:0000000:250, площадью 302 796,98 кв. м, расположенный по адресу: &lt;...&gt; (требования заявлены к Управлению Росреестра, ФГАОУ ВО "СФУ"); - об установлении (определении) границы земельного участка общей площадью 20,0 кв. м с кадастровым (условным) номером 24:50:0100414:146, находящегося по адресу: 660074, &lt;...&gt; бокс N 50, принадлежащего на праве собственности ПГК "Политехник-2" по координатам (точкам) (координаты указаны) (требования заявлены к МТУ Росимущества, ФГАОУ ВО "СФУ", администрации города Красноярска).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"ВостсибНИИгипрозем" (ИНН &lt;***&gt;, ОГРН &lt;***&gt;, г. Красноярск), ФИО1 и ФИО2. Решением Арбитражного суда Красноярского края от 10.05.2018, оставленным без изменения постановлением Третьего арбитражного апелляционного суда от 17.09.2018 и постановлением Арбитражного суда Восточно-Сибирского округа от 25.01.2019, заявленные исковые требования удовлетворены частично: установлены границы земельного участка с кадастровым номером 24:50:0100414:146, общей площадью 20 кв. м, расположенного по адресу (местонахождение): &lt;...&gt; "г", бокс N 50, по заявленным координатам (точкам), путем внесения изменения в государственный кадастр недвижимости в отношении земельного участка с кадастровым номером 24:50:0000000:250 с помощью исключения сведений о площади и местоположении его границ в части наложения с границами земельного участка с кадастровым номером 24:50:0100414:146 в заявленных точках.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изменив решение, ссылаясь на существенное нарушение норм материального и процессуального права. В обоснование доводов жалобы заявитель указывает, что ФИО2 был первым правообладателем металлического гаража, собственником которого впоследствии стал ПГК Кооператив «Политехник-2», и именно с момента выделения участка ФИО2 исполкомом Октябрьского райсовета и возникло право на земельный участок у кооператива ПГК «Политехник-2». Суды неправомерно сослались на решение Октябрьского районного суда г. Красноярска от 06.09.2017 по делу №23794\2017, которое на момент рассмотрения настоящего спора не вступило в законную силу и следовательно, не имело преюдициального характера. Суды необоснованно отказали в удовлетворении ходатайств о назначении почерковедческой и землеустроительной экспертиз. Акт приема-передачи земельного участка 21.12.2006 с гаражными боксами членов кооператива является ничтожной сделкой, так как подписан неуполномоченными лицами , и не является основанием для выдачи СФУ права на земельные участки, расположенные под гаражами всех членов кооператива ПГК «Политехник-2». Право кооператива на земельный участок под гаражом №50 возникло с момента купли-продажи 28.08.2016,зарегистрировано за истцом 07.09.2016 и с этого момента могло быть нарушено.Истец обратился в арбитражный суд с иском об оспаривании акта приема-передачи земельного участка СФУ, в границах которого оказалось его сооружение,17.03.2017, то есть в пределах срока исковой давности.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Исполкома Красноярского городского совета народных депутатов N 405 от 23.10.1989 "Об отводе земельных участков под строительство" за Красноярским государственным политехническим институтом закреплена фактически занимаемая территория студенческого городка с существующими строениями на земельном участке площадью 47,98 га, с учетом исключенной из общей площади 1,13 га территории со строениями постоянного землепользователя КСХИ и выдан государственный акт на право пользования землей в Октябрьском районе. Распоряжением администрации города Красноярска от 26.07.1999 N 957-арх признан утратившими силу пункт 31 решение исполкома Красноярского городского совета народных депутатов от 23.10.1989 N 405 "Об отводе земельных участков для строительства в г. Красноярске", государственный акт N А-1 N 317662. Государственному образовательному учреждению "Красноярский государственный технический университет" по результатам инвентаризации предоставлены в бессрочное (постоянное) пользование земельные участки с кадастровыми номерами 24:50:01416:0001 площадью 15 754,68 кв. м, 24:50:01415:0001 площадью 29 460,85 кв. м, 24:50:01426:0008 площадью 336 013,43 кв. м, занимаемые учебно-административными зданиями и сооружениями, расположенными по ул. Академика Киренского в Октябрьском районе. Согласно выписке из ЕГРЮЛ от 19.05.2017 ФГАОУ ВО "СФУ" является правопреемником государственного образовательного учреждения высшего профессионального образования "Красноярский государственный технический университет" (ранее - Красноярский политехнический институт). Распоряжением Территориального управления Росимущества по Красноярскому краю от 21.12.2006 N 07-2005-р прекращено право оперативного управления государственного образовательного учреждения высшего профессионального образования "Красноярский государственный технический университет" на государственное имущество, указанное в приложении к распоряжению, и имущество передано государственному образовательному учреждению высшего профессионального образования "Красноярский государственный университет" на праве оперативного управления. В приложении к распоряжению указан земельный участок N 2 кадастровый номер 24:50:0100414:001 площадью 33,6000 га, по адресу &lt;...&gt; (пункт 70 приложения). По акту приема-передачи от 21.12.2006 ГОУ ВПО "Красноярский государственный технический университет" передал ГОУ ВПО "Красноярский государственный университет" государственное имущество, в том числе указанный земельный участок (пункт 70 акта приема-передачи). Распоряжением ТУ Росимущества по Красноярскому краю от 29.08.2008 N 10-1364р (в редакции распоряжения от 23.10.2008 N 10-1557р) в связи с уточнением описания местоположения границ земельного участка, решено разделить земельный участок федеральной собственности с кадастровым номером 24:50:0100414:0001 площадью 336 013,43 кв. м по адресу &lt;...&gt; разрешенное использование: занимаемый учебно-административными зданиями и сооружениями, на три земельных участка: площадью 302 796,98 кв. м разрешенное использование: занимаемый учебно-административными зданиями и сооружениями; площадью 25 724,17 кв. м разрешенное использование: занимаемый учебно-административными зданиями и сооружениями; площадью 7492,28 кв. м, разрешенное использование: занимаемый учебно-административными зданиями и сооружениями, фактическое использование: занимаемый многоэтажным жилым домом; и утвердить проекты границ земельных участков площадью 302 796, 98 кв. м, 25 724, 17 кв. м и 7492,28 кв. м. По межевому делу 2008 года, целью работ являлось установление на местности проектных границ земельных участков, подготовка землеустроительной документации, документов для постановки на государственный кадастровый учет. В результате определены координаты точек границ земельного участка. Актами от 10.10.2008 и от 07.08.2008 ТУ Росимущества по Красноярскому краю, ФГАОУ ВО "СФУ", администрацией Октябрьского района г. Красноярска согласованы границы земельных участков, площадями 302 797 кв. м, 25 724 кв. м, 7492 кв. м. Право постоянного (бессрочного) пользования ГОУ "Красноярский государственный технический университет" на земельный участок с кадастровым номером 24:50:0100414:0001 площадью 336 013, 43 кв. м зарегистрировано в ЕГРП 16.07.2003 (свидетельство о регистрации права от 16.07.2003). Право собственности Российской Федерации на земельный участок с кадастровым номером 24:50:0100414:0001 площадью 336 013,43 кв. м зарегистрировано в ЕГРП 26.09.2006 (свидетельство о регистрации права от 26.09.2006). В соответствии с выпиской из ЕГРН земельный участок с кадастровым номером 24:50:0000000:250, площадью 302 771 кв. м, зарегистрировано право собственности Российской Федерации. Согласно свидетельству от 31.03.2016 зарегистрировано право постоянного (бессрочного) пользования ФГАОУ ВО "СФУ" на земельный участок с кадастровым номером 24:0:0000000:250, площадью 302 771 кв. м, адрес (местонахождение) объекта: &lt;...&gt; о чем в ЕГРП 04.03.2009 сделана запись регистрации. Основанием регистрации права указаны акт приема-передачи имущества от 21.12.2006, распоряжение Правительства Российской Федерации от 04.11.2006 N 1518-р, распоряжения Территориального управления Росимущества в Красноярском крае от 21.12.2006 N 07-2005-р, от 29.08.2008 N 10-1364р, от 23.10.2008 N 10-1557р. Согласно межевому плану земельного участка с кадастровым номером 24:0:0100414:146 с разрешенным использованием - для эксплуатации гаража и категорией земель - земли населенных пунктов, на нем расположен объект капитального строительства - нежилое здание (индивидуальный гараж) с кадастровым номером 24:50:0100414:755. Имеется пересечение с земельным участком с кадастровым номером 24:50:0000000:250, что отражено в схеме. Определены координаты точек земельного участка. ПГК "Политехник-2" по договору купли-продажи от 23.08.2016 приобрел у физического лица индивидуальный гараж площадью 20 кв. м по адресу &lt;...&gt;, гараж 50 и земельный участок с кадастровым номером 24:50:0100414:0146 площадью 20 кв. м по адресу &lt;...&gt;, бокс 50. Право собственности кооператива на гараж и участок зарегистрировано в ЕГРП 07.09.2016. Документом о предоставлении участка под данный гараж является выписка из решения Исполкома Октябрьского районного Совета народных депутатов N 46 от 05.02.1986 о закреплении за физическим лицом под металлический гараж земельного участка размером 3 x 6 м в районе ул. Киренского около лаборатории Политехнического института. Решением Арбитражного суда Красноярского края от 3 октября 2016 года по делу N А33-11627/2016, оставленным без изменения постановлениями Третьего арбитражного апелляционного суда от 25 января 2017 года и Арбитражного суда Восточно-Сибирского округа от 8 июня 2017 года, отказано в удовлетворении требований ПГК "Политехник-2" о признании недействительным распоряжения Территориального управления Росимущества по Красноярскому краю N 07-2005-р от 21.12.2006 о передаче имущества в части передачи земельного участка N 2, категория земель - земли поселений, с кадастровым номером 24:50:0100414:0001 площадью 33.6000 га с балансовой стоимостью 0 рублей и остаточной стоимостью 0 рублей, указанного в приложения к распоряжению N 07-2005-р от 21.12.2006 в позиции 70 по порядку нумерации объектов; о признании недействительным распоряжения Территориального управления Росимуществом по Красноярскому краю N 10-1557р от 23.10.2008 в части выделения участка с кадастровым номером 24:50:0000000250 площадью 302796,98 га; о признании недействительным распоряжения Территориального управления Росимущества по Красноярскому краю N 10-1364р от 29.08.2008 в части уточнения границ земельного участка категория земель - земли населенных пунктов, с кадастровым номером 24:50:0100414:0001 площадью 33.6000 га, расположенного по адресу: Россия, &lt;...&gt; занимаемого учебно-административными зданиями и сооружениями и разделения указанного участка на два земельных участка: - площадью 328 521,15 кв. м категория земель: земли населенных пунктов, занимаемых учебно-административными зданиями и сооружениями; - площадью 7492,28 кв. м категория земель: земли населенных пунктов, занимаемый многоэтажным домом. Указанными судебными актами по делу N А33-11627/2016 установлено, что земельному участку с кадастровым номером 24:50:01426:008 площадью 336 013 кв. м присвоен кадастровый номер 24:50:0100414:1, из которого образован земельный участок N 24:50:010414:250 площадью 302 771 кв. м, находящийся в собственности Российской Федерации и закрепленный на праве постоянного (бессрочного) пользования за университетом. Принимая оспариваемые распоряжения N 07-2005-р от 21.12.2006, N 10-1557р от 23.10.2008, N 10-1364р от 29.08.2008 ТУ Росимущества по Красноярскому краю в силу своих полномочий распоряжалось ранее возникшими правами на земельный участок - собственности Российской Федерации и правом постоянного (бессрочного) пользования учреждения, которые к тому времени также не были никем оспорены. Вступившим в законную силу решением Арбитражного суда Красноярского края от 5 сентября 2017 года по делу N А33-19938/2016 ПГК "Политехник-2" отказано в признании незаконной передачи земельного участка с кадастровым номером 24:50:0100414:0001, указанного в приложении в распоряжению от 21.12.2006 N 07-2005-р в позиции 70 по порядку нумерации объектов на основании распоряжения от 21.12.2006 N 07-2005-р; в незаконном уточнении границ земельного участка категория земель - земли населенных пунктов, с кадастровым номером 24:50:0100414:0001 площадью 33.6000 га, расположенного по адресу: &lt;...&gt; занимаемый учебно-административными зданиями и сооружения и разделения указанного участка на два земельных участка: - площадью 328 521,15 кв. м, категория земель: земли населенных пунктов, занимаемых учебно-административными зданиями и сооружениями; - площадью 7492,28 кв. м, категория земель: земли населенных пунктов, занимаемый многоэтажным домом; в незаконном выделении участка с кадастровым номером 24:50:00000000250, площадью 302 796,98 кв. м на основании распоряжения N 10-1557р от 23.10.2008. В рамках указанного дела заявление ПГК "Политехник-2" о фальсификации доказательства: акта приема-передачи (земельного участка) от 21.12.2006, суд посчитал необоснованным, учел, что ФГАОУ ВО "СФУ", как фактический правопреемник КГТУ, не отрицает факт передачи ему земельного участка. Гараж 50 расположен на земельном участке с кадастровым номером 24:50:0000000:250, соседствует с гаражом 49 (собственником которого является ФИО1, кадастровый номер 24:0:0100414:1224, расположен на земельном участке с кадастровым номером 24:50:0100414:100, площадь 30 кв. м, сведения о зарегистрированных правах в отношении земельного участка отсутствуют, что подтверждается выписками из ЕГРН от 06.04.2018) и гаражом 51. Полагая, что права ПГК "Политехник-2" нарушены, истцом заявлены исковые требования в рамках настоящего дела, которые удовлетворены в части установления границ земельного участка с кадастровым номером 24:50:0100414:146, общей площадью 20 кв. м, расположенного по адресу (местонахождение): &lt;...&gt; "г", на котором расположен бокс N 50. Отказывая в удовлетворении оставшейся части заявленных исковых требований, суды руководствовались статьями 11 , 12 , 166 , 167 , 181 , 195 ,пунктом 1 статьи 196 , пунктом 1 статьи 200 Гражданского кодекса Российской Федерации, разъяснениями, содержащимися в пункте пункту 52 Постановления Пленума Верховного Суда Российской Федерации и Пленума Высшего Арбитражного Суда Российской Федерации от 29.04.2010 "О некоторых вопросах, возникающих в судебной практике при разрешении споров, связанных с защитой права собственности и других вещных прав”, и исходили из того, что заявленные истцом требования не направлены на восстановление и защиту каких-либо прав истца; отсутствия доказательств нарушения прав истца оспариваемым актом приема-передачи имущества от 21.12.2006, а также истечению срока исковой давности по требования о признании указанного акта недействительным; в связи со снятием с кадастрового учета земельного участка с кадастровым номером 24:50:01200414:0001 требования о признании недействительными данных межевания и описания местоположения границ и поворотных точек, а также сведений в ГКН в части местоположения границ и площади данного земельного участка не приведет к восстановлению прав истца; отсутствия доказательств наличия ошибки в части местоположения границ (поворотных точек) и площади земельного участка с кадастровым номером 24:25:0000000:25; отсутствия доказательств нарушения прав истца регистрацией права постоянного (бессрочного) пользования на земельные участки. Суды, установив отсутствие факта владения истцом спорными земельными участками, правомерно указали, что избранный истцом способ защиты - признание отсутствующим право постоянного (бессрочного) пользования у ФГАОУ ВО "СФУ" на спорные земельные участки является ненадлежащим, права истца восстановлены путем удовлетворения требования об установлении границ земельного участка с кадастровым номером 24:50:0100414:146.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потребительского гаражного кооператива «Политехник-2»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ПОТРЕБИТЕЛЬСКИЙ ГАРАЖНЫЙ КООПЕРАТИВ "ПОЛИТЕХНИК-2" (подробнее) Ответчики: Администрация города Красноярска (подробнее) Межрегиональное территориальное управление Федерального агентства по управлению государственным имуществом в Красноярском крае, Республике Хакасия и Республике Тыва (подробнее) территориальное управление федерального агентства по управлению государственным имуществом в Красноярском крае (подробнее) ФГБУ "Федеральная кадастровая палата Федеральной службы государственной регистрации, кадастра и картографии" (подробнее) ФЕДЕРАЛЬНОЕ ГОСУДАРСТВЕННОЕ АВТОНОМНОЕ ОБРАЗОВАТЕЛЬНОЕ УЧРЕЖДЕНИЕ ВЫСШЕГО ОБРАЗОВАНИЯ "СИБИРСКИЙ ФЕДЕРАЛЬНЫЙ УНИВЕРСИТЕТ" (подробнее) Иные лица: ОАО "Восточно-Сибирский научно-исследовательский и проектно-изыскательский институт по землеустройству" (подробнее) Октябрьский районный суд г.Красноярска (подробнее) ПГК "Политехник" (подробнее) представитель Ереско С.П. (подробнее) Управление Федеральной службы государственной регистрации, кадастра и картографии по Красноярскому краю (подробнее) ФГУП Почта России (подробнее) ФГУП Почтовое отделение №18 "Почта России" (подробнее) ФГУП УФПС Красноярского края Филиал Почта России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